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F64067" w:rsidRPr="006002FB" w:rsidTr="006002FB">
        <w:trPr>
          <w:jc w:val="center"/>
        </w:trPr>
        <w:tc>
          <w:tcPr>
            <w:tcW w:w="9936" w:type="dxa"/>
            <w:shd w:val="clear" w:color="auto" w:fill="DBE5F1" w:themeFill="accent1" w:themeFillTint="33"/>
            <w:tcMar>
              <w:top w:w="200" w:type="dxa"/>
              <w:left w:w="200" w:type="dxa"/>
              <w:bottom w:w="200" w:type="dxa"/>
              <w:right w:w="200" w:type="dxa"/>
            </w:tcMar>
          </w:tcPr>
          <w:p w:rsidR="00F64067" w:rsidRPr="006002FB" w:rsidRDefault="00AA6C9C">
            <w:pPr>
              <w:jc w:val="center"/>
              <w:rPr>
                <w:color w:val="1F497D" w:themeColor="text2"/>
                <w:sz w:val="22"/>
                <w:lang w:val="es-CL"/>
              </w:rPr>
            </w:pPr>
            <w:r w:rsidRPr="006002FB">
              <w:rPr>
                <w:rFonts w:ascii="Georgia" w:hAnsi="Georgia"/>
                <w:b/>
                <w:color w:val="1F497D" w:themeColor="text2"/>
                <w:sz w:val="36"/>
                <w:lang w:val="es-CL"/>
              </w:rPr>
              <w:t>SCUOLA ITALIANA</w:t>
            </w:r>
          </w:p>
          <w:p w:rsidR="00F64067" w:rsidRPr="00AA6C9C" w:rsidRDefault="006002FB" w:rsidP="006002FB">
            <w:pPr>
              <w:tabs>
                <w:tab w:val="center" w:pos="4768"/>
                <w:tab w:val="left" w:pos="8235"/>
              </w:tabs>
              <w:rPr>
                <w:lang w:val="es-CL"/>
              </w:rPr>
            </w:pPr>
            <w:r>
              <w:rPr>
                <w:rFonts w:ascii="Georgia" w:hAnsi="Georgia"/>
                <w:b/>
                <w:color w:val="B48C4B"/>
                <w:sz w:val="24"/>
                <w:lang w:val="es-CL"/>
              </w:rPr>
              <w:tab/>
            </w:r>
            <w:r w:rsidR="00163170" w:rsidRPr="00AA6C9C">
              <w:rPr>
                <w:rFonts w:ascii="Georgia" w:hAnsi="Georgia"/>
                <w:b/>
                <w:color w:val="B48C4B"/>
                <w:sz w:val="24"/>
                <w:lang w:val="es-CL"/>
              </w:rPr>
              <w:t>F</w:t>
            </w:r>
            <w:r w:rsidR="00AA6C9C">
              <w:rPr>
                <w:rFonts w:ascii="Georgia" w:hAnsi="Georgia"/>
                <w:b/>
                <w:color w:val="B48C4B"/>
                <w:sz w:val="24"/>
                <w:lang w:val="es-CL"/>
              </w:rPr>
              <w:t xml:space="preserve">ICHA DE POSTULACIÓN </w:t>
            </w:r>
            <w:r>
              <w:rPr>
                <w:rFonts w:ascii="Georgia" w:hAnsi="Georgia"/>
                <w:b/>
                <w:color w:val="B48C4B"/>
                <w:sz w:val="24"/>
                <w:lang w:val="es-CL"/>
              </w:rPr>
              <w:tab/>
            </w:r>
            <w:r>
              <w:rPr>
                <w:rFonts w:ascii="Georgia" w:hAnsi="Georgia"/>
                <w:b/>
                <w:noProof/>
                <w:color w:val="FFFFFF"/>
                <w:sz w:val="36"/>
              </w:rPr>
              <w:drawing>
                <wp:inline distT="0" distB="0" distL="0" distR="0" wp14:anchorId="1611A31A" wp14:editId="3DAAE5F4">
                  <wp:extent cx="1399035" cy="139903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5-perfilInsta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035" cy="13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4067" w:rsidRPr="00AA6C9C" w:rsidRDefault="00AA6C9C" w:rsidP="00AA6C9C">
            <w:pPr>
              <w:jc w:val="center"/>
              <w:rPr>
                <w:lang w:val="es-CL"/>
              </w:rPr>
            </w:pPr>
            <w:r w:rsidRPr="006002FB">
              <w:rPr>
                <w:rFonts w:ascii="Georgia" w:hAnsi="Georgia"/>
                <w:b/>
                <w:color w:val="1F497D" w:themeColor="text2"/>
                <w:sz w:val="32"/>
                <w:lang w:val="es-CL"/>
              </w:rPr>
              <w:t>ADMISIÓN 2027</w:t>
            </w:r>
          </w:p>
        </w:tc>
      </w:tr>
    </w:tbl>
    <w:p w:rsidR="00F64067" w:rsidRPr="00AA6C9C" w:rsidRDefault="00F64067">
      <w:pPr>
        <w:spacing w:after="120"/>
        <w:rPr>
          <w:lang w:val="es-CL"/>
        </w:rPr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3600"/>
        <w:gridCol w:w="3168"/>
      </w:tblGrid>
      <w:tr w:rsidR="00E74B5E" w:rsidRPr="0057727D">
        <w:trPr>
          <w:jc w:val="center"/>
        </w:trPr>
        <w:tc>
          <w:tcPr>
            <w:tcW w:w="3600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74B5E" w:rsidRPr="00AA6C9C" w:rsidRDefault="000714DD">
            <w:pPr>
              <w:rPr>
                <w:lang w:val="es-CL"/>
              </w:rPr>
            </w:pPr>
            <w:r>
              <w:rPr>
                <w:b/>
                <w:color w:val="1B365D"/>
                <w:sz w:val="17"/>
                <w:lang w:val="es-CL"/>
              </w:rPr>
              <w:t>CURSO AL QUE POSTULA</w:t>
            </w:r>
            <w:r w:rsidR="00E74B5E" w:rsidRPr="00AA6C9C">
              <w:rPr>
                <w:b/>
                <w:color w:val="1B365D"/>
                <w:sz w:val="17"/>
                <w:lang w:val="es-CL"/>
              </w:rPr>
              <w:t>:</w:t>
            </w:r>
            <w:r w:rsidR="00E74B5E" w:rsidRPr="00AA6C9C">
              <w:rPr>
                <w:b/>
                <w:color w:val="1B365D"/>
                <w:sz w:val="17"/>
                <w:lang w:val="es-CL"/>
              </w:rPr>
              <w:br/>
            </w:r>
            <w:r w:rsidR="00E74B5E" w:rsidRPr="00AA6C9C">
              <w:rPr>
                <w:color w:val="718096"/>
                <w:sz w:val="19"/>
                <w:lang w:val="es-CL"/>
              </w:rPr>
              <w:t xml:space="preserve">[ </w:t>
            </w:r>
            <w:r w:rsidR="00E123E3" w:rsidRPr="00AA6C9C">
              <w:rPr>
                <w:color w:val="718096"/>
                <w:sz w:val="19"/>
                <w:lang w:val="es-CL"/>
              </w:rPr>
              <w:t>Ej.</w:t>
            </w:r>
            <w:r w:rsidR="00E74B5E" w:rsidRPr="00AA6C9C">
              <w:rPr>
                <w:color w:val="718096"/>
                <w:sz w:val="19"/>
                <w:lang w:val="es-CL"/>
              </w:rPr>
              <w:t>: 1° Medio / Pre-</w:t>
            </w:r>
            <w:r w:rsidR="00E123E3" w:rsidRPr="00AA6C9C">
              <w:rPr>
                <w:color w:val="718096"/>
                <w:sz w:val="19"/>
                <w:lang w:val="es-CL"/>
              </w:rPr>
              <w:t>Kínder</w:t>
            </w:r>
            <w:r w:rsidR="00E74B5E" w:rsidRPr="00AA6C9C">
              <w:rPr>
                <w:color w:val="718096"/>
                <w:sz w:val="19"/>
                <w:lang w:val="es-CL"/>
              </w:rPr>
              <w:t xml:space="preserve"> ]</w:t>
            </w:r>
          </w:p>
        </w:tc>
        <w:tc>
          <w:tcPr>
            <w:tcW w:w="3168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74B5E" w:rsidRPr="00AA6C9C" w:rsidRDefault="000714DD">
            <w:pPr>
              <w:rPr>
                <w:lang w:val="es-CL"/>
              </w:rPr>
            </w:pPr>
            <w:r>
              <w:rPr>
                <w:b/>
                <w:color w:val="1B365D"/>
                <w:sz w:val="17"/>
                <w:lang w:val="es-CL"/>
              </w:rPr>
              <w:t>FECHA DE POSTULACIÓN</w:t>
            </w:r>
            <w:r w:rsidR="00E74B5E" w:rsidRPr="00AA6C9C">
              <w:rPr>
                <w:b/>
                <w:color w:val="1B365D"/>
                <w:sz w:val="17"/>
                <w:lang w:val="es-CL"/>
              </w:rPr>
              <w:t>:</w:t>
            </w:r>
            <w:r w:rsidR="00E74B5E" w:rsidRPr="00AA6C9C">
              <w:rPr>
                <w:b/>
                <w:color w:val="1B365D"/>
                <w:sz w:val="17"/>
                <w:lang w:val="es-CL"/>
              </w:rPr>
              <w:br/>
            </w:r>
            <w:r w:rsidR="00E123E3">
              <w:rPr>
                <w:color w:val="718096"/>
                <w:sz w:val="19"/>
                <w:lang w:val="es-CL"/>
              </w:rPr>
              <w:t>DD / MM / 2026</w:t>
            </w:r>
          </w:p>
        </w:tc>
      </w:tr>
    </w:tbl>
    <w:p w:rsidR="00F64067" w:rsidRPr="00AA6C9C" w:rsidRDefault="00F64067">
      <w:pPr>
        <w:spacing w:after="160"/>
        <w:rPr>
          <w:lang w:val="es-C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F64067" w:rsidRPr="00AA6C9C">
        <w:trPr>
          <w:jc w:val="center"/>
        </w:trPr>
        <w:tc>
          <w:tcPr>
            <w:tcW w:w="9936" w:type="dxa"/>
            <w:shd w:val="clear" w:color="auto" w:fill="1B365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4067" w:rsidRPr="00AA6C9C" w:rsidRDefault="00163170" w:rsidP="008230D0">
            <w:pPr>
              <w:jc w:val="center"/>
              <w:rPr>
                <w:lang w:val="es-CL"/>
              </w:rPr>
            </w:pPr>
            <w:r w:rsidRPr="00AA6C9C">
              <w:rPr>
                <w:rFonts w:ascii="Georgia" w:hAnsi="Georgia"/>
                <w:b/>
                <w:color w:val="FFFFFF"/>
                <w:sz w:val="22"/>
                <w:lang w:val="es-CL"/>
              </w:rPr>
              <w:t>ANTECEDENTES DEL POSTULANTE</w:t>
            </w:r>
          </w:p>
        </w:tc>
      </w:tr>
    </w:tbl>
    <w:p w:rsidR="00F64067" w:rsidRPr="00AA6C9C" w:rsidRDefault="00F64067">
      <w:pPr>
        <w:spacing w:after="80"/>
        <w:rPr>
          <w:lang w:val="es-CL"/>
        </w:rPr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20"/>
        <w:gridCol w:w="2484"/>
        <w:gridCol w:w="2484"/>
        <w:gridCol w:w="2484"/>
        <w:gridCol w:w="2464"/>
        <w:gridCol w:w="20"/>
      </w:tblGrid>
      <w:tr w:rsidR="00F64067" w:rsidRPr="0057727D" w:rsidTr="00737F61">
        <w:trPr>
          <w:gridBefore w:val="1"/>
          <w:wBefore w:w="20" w:type="dxa"/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714DD">
            <w:r>
              <w:rPr>
                <w:b/>
                <w:color w:val="1B365D"/>
                <w:sz w:val="18"/>
              </w:rPr>
              <w:t>NOMBRE COMPLETO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7452" w:type="dxa"/>
            <w:gridSpan w:val="4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Pr="00AA6C9C" w:rsidRDefault="00163170">
            <w:pPr>
              <w:rPr>
                <w:lang w:val="es-CL"/>
              </w:rPr>
            </w:pPr>
            <w:r w:rsidRPr="00AA6C9C">
              <w:rPr>
                <w:color w:val="718096"/>
                <w:sz w:val="19"/>
                <w:lang w:val="es-CL"/>
              </w:rPr>
              <w:t xml:space="preserve">Escriba los nombres </w:t>
            </w:r>
            <w:r w:rsidR="000D4218">
              <w:rPr>
                <w:color w:val="718096"/>
                <w:sz w:val="19"/>
                <w:lang w:val="es-CL"/>
              </w:rPr>
              <w:t>y apellidos completos del POSTULANTE</w:t>
            </w:r>
            <w:r w:rsidRPr="00AA6C9C">
              <w:rPr>
                <w:color w:val="718096"/>
                <w:sz w:val="19"/>
                <w:lang w:val="es-CL"/>
              </w:rPr>
              <w:t>(a)</w:t>
            </w:r>
          </w:p>
        </w:tc>
      </w:tr>
      <w:tr w:rsidR="00F64067" w:rsidTr="00737F61">
        <w:trPr>
          <w:gridBefore w:val="1"/>
          <w:wBefore w:w="20" w:type="dxa"/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b/>
                <w:color w:val="1B365D"/>
                <w:sz w:val="18"/>
              </w:rPr>
              <w:t xml:space="preserve">RUT / </w:t>
            </w:r>
            <w:proofErr w:type="spellStart"/>
            <w:r>
              <w:rPr>
                <w:b/>
                <w:color w:val="1B365D"/>
                <w:sz w:val="18"/>
              </w:rPr>
              <w:t>Pasaporte</w:t>
            </w:r>
            <w:proofErr w:type="spellEnd"/>
            <w:r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color w:val="718096"/>
                <w:sz w:val="19"/>
              </w:rPr>
              <w:t>12.345.678-K</w:t>
            </w: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 w:rsidP="000714DD">
            <w:r>
              <w:rPr>
                <w:b/>
                <w:color w:val="1B365D"/>
                <w:sz w:val="18"/>
              </w:rPr>
              <w:t>F</w:t>
            </w:r>
            <w:r w:rsidR="000714DD">
              <w:rPr>
                <w:b/>
                <w:color w:val="1B365D"/>
                <w:sz w:val="18"/>
              </w:rPr>
              <w:t>ECHA DE NACIMIENTO</w:t>
            </w:r>
            <w:r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color w:val="718096"/>
                <w:sz w:val="19"/>
              </w:rPr>
              <w:t>DD / MM / AAAA</w:t>
            </w:r>
          </w:p>
        </w:tc>
      </w:tr>
      <w:tr w:rsidR="00F64067" w:rsidTr="00737F61">
        <w:trPr>
          <w:gridBefore w:val="1"/>
          <w:wBefore w:w="20" w:type="dxa"/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714DD">
            <w:r>
              <w:rPr>
                <w:b/>
                <w:color w:val="1B365D"/>
                <w:sz w:val="18"/>
              </w:rPr>
              <w:t>NACIONALIDAD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color w:val="718096"/>
                <w:sz w:val="19"/>
              </w:rPr>
              <w:t>Chilena / Otra</w:t>
            </w: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714DD" w:rsidP="000714DD">
            <w:r>
              <w:rPr>
                <w:b/>
                <w:color w:val="1B365D"/>
                <w:sz w:val="18"/>
              </w:rPr>
              <w:t>EDAD al 31 MARZO</w:t>
            </w:r>
            <w:r w:rsidR="000D4218">
              <w:rPr>
                <w:b/>
                <w:color w:val="1B365D"/>
                <w:sz w:val="18"/>
              </w:rPr>
              <w:t xml:space="preserve"> 2027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 w:rsidP="000714DD">
            <w:r w:rsidRPr="000714DD">
              <w:rPr>
                <w:color w:val="718096"/>
                <w:sz w:val="19"/>
                <w:u w:val="single"/>
              </w:rPr>
              <w:t>____</w:t>
            </w:r>
            <w:r>
              <w:rPr>
                <w:color w:val="718096"/>
                <w:sz w:val="19"/>
              </w:rPr>
              <w:t xml:space="preserve"> </w:t>
            </w:r>
            <w:r w:rsidR="000714DD">
              <w:rPr>
                <w:color w:val="718096"/>
                <w:sz w:val="19"/>
              </w:rPr>
              <w:t xml:space="preserve">AÑOS  </w:t>
            </w:r>
            <w:r w:rsidR="000714DD" w:rsidRPr="000714DD">
              <w:rPr>
                <w:color w:val="718096"/>
                <w:sz w:val="19"/>
                <w:u w:val="single"/>
              </w:rPr>
              <w:t>____</w:t>
            </w:r>
            <w:r w:rsidR="000714DD">
              <w:rPr>
                <w:color w:val="718096"/>
                <w:sz w:val="19"/>
              </w:rPr>
              <w:t xml:space="preserve"> MESES</w:t>
            </w:r>
          </w:p>
        </w:tc>
      </w:tr>
      <w:tr w:rsidR="00F64067" w:rsidTr="00737F61">
        <w:trPr>
          <w:gridBefore w:val="1"/>
          <w:wBefore w:w="20" w:type="dxa"/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 w:rsidP="000714DD">
            <w:r>
              <w:rPr>
                <w:b/>
                <w:color w:val="1B365D"/>
                <w:sz w:val="18"/>
              </w:rPr>
              <w:t>D</w:t>
            </w:r>
            <w:r w:rsidR="000714DD">
              <w:rPr>
                <w:b/>
                <w:color w:val="1B365D"/>
                <w:sz w:val="18"/>
              </w:rPr>
              <w:t>IRECCIÓN</w:t>
            </w:r>
            <w:r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7452" w:type="dxa"/>
            <w:gridSpan w:val="4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color w:val="718096"/>
                <w:sz w:val="19"/>
              </w:rPr>
              <w:t>Calle, Número, Depto / Condominio</w:t>
            </w:r>
          </w:p>
        </w:tc>
      </w:tr>
      <w:tr w:rsidR="00F64067" w:rsidTr="00737F61">
        <w:trPr>
          <w:gridBefore w:val="1"/>
          <w:wBefore w:w="20" w:type="dxa"/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E74B5E">
            <w:r>
              <w:rPr>
                <w:b/>
                <w:color w:val="1B365D"/>
                <w:sz w:val="18"/>
              </w:rPr>
              <w:t>CIUDAD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Pr="00AA6C9C" w:rsidRDefault="00F64067" w:rsidP="00E74B5E">
            <w:pPr>
              <w:rPr>
                <w:lang w:val="es-CL"/>
              </w:rPr>
            </w:pP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E74B5E" w:rsidP="00E74B5E">
            <w:r>
              <w:rPr>
                <w:b/>
                <w:color w:val="1B365D"/>
                <w:sz w:val="18"/>
              </w:rPr>
              <w:t>COMUNA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F64067"/>
        </w:tc>
      </w:tr>
      <w:tr w:rsidR="00F64067" w:rsidTr="00737F61">
        <w:trPr>
          <w:gridBefore w:val="1"/>
          <w:wBefore w:w="20" w:type="dxa"/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 w:rsidP="00E74B5E">
            <w:r>
              <w:rPr>
                <w:b/>
                <w:color w:val="1B365D"/>
                <w:sz w:val="18"/>
              </w:rPr>
              <w:t>C</w:t>
            </w:r>
            <w:r w:rsidR="00E74B5E">
              <w:rPr>
                <w:b/>
                <w:color w:val="1B365D"/>
                <w:sz w:val="18"/>
              </w:rPr>
              <w:t>OLEGIO DE PROCEDENCIA</w:t>
            </w:r>
            <w:r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7452" w:type="dxa"/>
            <w:gridSpan w:val="4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color w:val="718096"/>
                <w:sz w:val="19"/>
              </w:rPr>
              <w:t>Nombre del establecimiento anterior</w:t>
            </w:r>
          </w:p>
        </w:tc>
      </w:tr>
      <w:tr w:rsidR="00F64067" w:rsidRPr="008230D0" w:rsidTr="00737F61">
        <w:trPr>
          <w:gridBefore w:val="1"/>
          <w:wBefore w:w="20" w:type="dxa"/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Pr="00E74B5E" w:rsidRDefault="00E74B5E" w:rsidP="00E74B5E">
            <w:pPr>
              <w:rPr>
                <w:lang w:val="es-CL"/>
              </w:rPr>
            </w:pPr>
            <w:r w:rsidRPr="00E74B5E">
              <w:rPr>
                <w:b/>
                <w:color w:val="1B365D"/>
                <w:sz w:val="18"/>
                <w:lang w:val="es-CL"/>
              </w:rPr>
              <w:t>¿TIENE HERMANOS EN LA SCUOLA?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E74B5E" w:rsidP="00E74B5E">
            <w:r>
              <w:rPr>
                <w:color w:val="718096"/>
                <w:sz w:val="19"/>
              </w:rPr>
              <w:t>SÍ</w:t>
            </w:r>
            <w:r w:rsidR="00163170">
              <w:rPr>
                <w:color w:val="718096"/>
                <w:sz w:val="19"/>
              </w:rPr>
              <w:t xml:space="preserve"> </w:t>
            </w:r>
            <w:r w:rsidRPr="000714DD">
              <w:rPr>
                <w:color w:val="718096"/>
                <w:sz w:val="19"/>
                <w:u w:val="single"/>
              </w:rPr>
              <w:t xml:space="preserve">       </w:t>
            </w:r>
            <w:r w:rsidR="00163170" w:rsidRPr="000714DD">
              <w:rPr>
                <w:color w:val="718096"/>
                <w:sz w:val="19"/>
                <w:u w:val="single"/>
              </w:rPr>
              <w:t xml:space="preserve"> </w:t>
            </w:r>
            <w:r w:rsidRPr="000714DD">
              <w:rPr>
                <w:color w:val="718096"/>
                <w:sz w:val="19"/>
                <w:u w:val="single"/>
              </w:rPr>
              <w:t xml:space="preserve"> </w:t>
            </w:r>
            <w:r>
              <w:rPr>
                <w:color w:val="718096"/>
                <w:sz w:val="19"/>
              </w:rPr>
              <w:t xml:space="preserve"> </w:t>
            </w:r>
            <w:r w:rsidR="000714DD">
              <w:rPr>
                <w:color w:val="718096"/>
                <w:sz w:val="19"/>
              </w:rPr>
              <w:t xml:space="preserve">   </w:t>
            </w:r>
            <w:r>
              <w:rPr>
                <w:color w:val="718096"/>
                <w:sz w:val="19"/>
              </w:rPr>
              <w:t>NO</w:t>
            </w:r>
            <w:r w:rsidR="000714DD">
              <w:rPr>
                <w:color w:val="718096"/>
                <w:sz w:val="19"/>
              </w:rPr>
              <w:t xml:space="preserve"> </w:t>
            </w:r>
            <w:r w:rsidR="000714DD" w:rsidRPr="000714DD">
              <w:rPr>
                <w:color w:val="718096"/>
                <w:sz w:val="19"/>
                <w:u w:val="single"/>
              </w:rPr>
              <w:t>____</w:t>
            </w: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Pr="008230D0" w:rsidRDefault="008230D0">
            <w:pPr>
              <w:rPr>
                <w:lang w:val="es-CL"/>
              </w:rPr>
            </w:pPr>
            <w:r>
              <w:rPr>
                <w:b/>
                <w:color w:val="1B365D"/>
                <w:sz w:val="18"/>
                <w:lang w:val="es-CL"/>
              </w:rPr>
              <w:t>CANTIDAD HERMANOS EN LA SCUOLA:</w:t>
            </w:r>
          </w:p>
        </w:tc>
        <w:tc>
          <w:tcPr>
            <w:tcW w:w="2484" w:type="dxa"/>
            <w:gridSpan w:val="2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F6181" w:rsidRPr="008230D0" w:rsidRDefault="008230D0" w:rsidP="00783E36">
            <w:pPr>
              <w:rPr>
                <w:lang w:val="es-CL"/>
              </w:rPr>
            </w:pPr>
            <w:r>
              <w:rPr>
                <w:lang w:val="es-CL"/>
              </w:rPr>
              <w:t xml:space="preserve"> </w:t>
            </w:r>
            <w:r w:rsidRPr="000714DD">
              <w:rPr>
                <w:color w:val="718096"/>
                <w:sz w:val="19"/>
                <w:u w:val="single"/>
              </w:rPr>
              <w:t>__</w:t>
            </w:r>
            <w:r>
              <w:rPr>
                <w:color w:val="718096"/>
                <w:sz w:val="19"/>
                <w:u w:val="single"/>
              </w:rPr>
              <w:t xml:space="preserve">       </w:t>
            </w:r>
            <w:r w:rsidRPr="000714DD">
              <w:rPr>
                <w:color w:val="718096"/>
                <w:sz w:val="19"/>
                <w:u w:val="single"/>
              </w:rPr>
              <w:t>__</w:t>
            </w:r>
          </w:p>
        </w:tc>
      </w:tr>
      <w:tr w:rsidR="00783E36" w:rsidRPr="008230D0" w:rsidTr="00737F61">
        <w:trPr>
          <w:gridBefore w:val="1"/>
          <w:wBefore w:w="20" w:type="dxa"/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783E36" w:rsidRPr="008230D0" w:rsidRDefault="00783E36" w:rsidP="00C03F50">
            <w:pPr>
              <w:rPr>
                <w:lang w:val="es-CL"/>
              </w:rPr>
            </w:pPr>
            <w:r w:rsidRPr="008230D0">
              <w:rPr>
                <w:b/>
                <w:color w:val="1B365D"/>
                <w:sz w:val="18"/>
                <w:lang w:val="es-CL"/>
              </w:rPr>
              <w:t>NOMBRE Y CURSOS:</w:t>
            </w:r>
          </w:p>
        </w:tc>
        <w:tc>
          <w:tcPr>
            <w:tcW w:w="7452" w:type="dxa"/>
            <w:gridSpan w:val="4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783E36" w:rsidRPr="008230D0" w:rsidRDefault="00737F61" w:rsidP="00783E36">
            <w:pPr>
              <w:rPr>
                <w:lang w:val="es-CL"/>
              </w:rPr>
            </w:pPr>
            <w:proofErr w:type="spellStart"/>
            <w:r>
              <w:rPr>
                <w:color w:val="718096"/>
                <w:sz w:val="19"/>
                <w:lang w:val="es-CL"/>
              </w:rPr>
              <w:t>Ej</w:t>
            </w:r>
            <w:proofErr w:type="spellEnd"/>
            <w:r>
              <w:rPr>
                <w:color w:val="718096"/>
                <w:sz w:val="19"/>
                <w:lang w:val="es-CL"/>
              </w:rPr>
              <w:t>: Amanda Ardiles</w:t>
            </w:r>
            <w:r w:rsidR="00A46861">
              <w:rPr>
                <w:color w:val="718096"/>
                <w:sz w:val="19"/>
                <w:lang w:val="es-CL"/>
              </w:rPr>
              <w:t xml:space="preserve"> (7</w:t>
            </w:r>
            <w:r w:rsidR="00783E36" w:rsidRPr="008230D0">
              <w:rPr>
                <w:color w:val="718096"/>
                <w:sz w:val="19"/>
                <w:lang w:val="es-CL"/>
              </w:rPr>
              <w:t>° Básico)</w:t>
            </w:r>
          </w:p>
          <w:p w:rsidR="00783E36" w:rsidRDefault="00783E36" w:rsidP="00C03F50">
            <w:pPr>
              <w:rPr>
                <w:lang w:val="es-CL"/>
              </w:rPr>
            </w:pPr>
          </w:p>
          <w:p w:rsidR="00CE7FAB" w:rsidRPr="008230D0" w:rsidRDefault="00CE7FAB" w:rsidP="00C03F50">
            <w:pPr>
              <w:rPr>
                <w:lang w:val="es-CL"/>
              </w:rPr>
            </w:pPr>
          </w:p>
        </w:tc>
      </w:tr>
      <w:tr w:rsidR="00F64067" w:rsidRPr="00AA6C9C" w:rsidTr="00737F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jc w:val="center"/>
        </w:trPr>
        <w:tc>
          <w:tcPr>
            <w:tcW w:w="9936" w:type="dxa"/>
            <w:gridSpan w:val="5"/>
            <w:shd w:val="clear" w:color="auto" w:fill="1B365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4067" w:rsidRPr="00AA6C9C" w:rsidRDefault="00163170" w:rsidP="008230D0">
            <w:pPr>
              <w:jc w:val="center"/>
              <w:rPr>
                <w:lang w:val="es-CL"/>
              </w:rPr>
            </w:pPr>
            <w:r w:rsidRPr="00AA6C9C">
              <w:rPr>
                <w:rFonts w:ascii="Georgia" w:hAnsi="Georgia"/>
                <w:b/>
                <w:color w:val="FFFFFF"/>
                <w:sz w:val="22"/>
                <w:lang w:val="es-CL"/>
              </w:rPr>
              <w:lastRenderedPageBreak/>
              <w:t>ANTECEDENTES DE</w:t>
            </w:r>
            <w:r w:rsidR="000714DD">
              <w:rPr>
                <w:rFonts w:ascii="Georgia" w:hAnsi="Georgia"/>
                <w:b/>
                <w:color w:val="FFFFFF"/>
                <w:sz w:val="22"/>
                <w:lang w:val="es-CL"/>
              </w:rPr>
              <w:t xml:space="preserve"> </w:t>
            </w:r>
            <w:r w:rsidRPr="00AA6C9C">
              <w:rPr>
                <w:rFonts w:ascii="Georgia" w:hAnsi="Georgia"/>
                <w:b/>
                <w:color w:val="FFFFFF"/>
                <w:sz w:val="22"/>
                <w:lang w:val="es-CL"/>
              </w:rPr>
              <w:t>L</w:t>
            </w:r>
            <w:r w:rsidR="000714DD">
              <w:rPr>
                <w:rFonts w:ascii="Georgia" w:hAnsi="Georgia"/>
                <w:b/>
                <w:color w:val="FFFFFF"/>
                <w:sz w:val="22"/>
                <w:lang w:val="es-CL"/>
              </w:rPr>
              <w:t>A</w:t>
            </w:r>
            <w:r w:rsidRPr="00AA6C9C">
              <w:rPr>
                <w:rFonts w:ascii="Georgia" w:hAnsi="Georgia"/>
                <w:b/>
                <w:color w:val="FFFFFF"/>
                <w:sz w:val="22"/>
                <w:lang w:val="es-CL"/>
              </w:rPr>
              <w:t xml:space="preserve"> </w:t>
            </w:r>
            <w:r w:rsidR="000714DD">
              <w:rPr>
                <w:rFonts w:ascii="Georgia" w:hAnsi="Georgia"/>
                <w:b/>
                <w:color w:val="FFFFFF"/>
                <w:sz w:val="22"/>
                <w:lang w:val="es-CL"/>
              </w:rPr>
              <w:t>MADRE</w:t>
            </w:r>
          </w:p>
        </w:tc>
      </w:tr>
    </w:tbl>
    <w:p w:rsidR="00F64067" w:rsidRPr="00AA6C9C" w:rsidRDefault="00F64067">
      <w:pPr>
        <w:spacing w:after="80"/>
        <w:rPr>
          <w:lang w:val="es-CL"/>
        </w:rPr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F64067" w:rsidRPr="0057727D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Pr="008230D0" w:rsidRDefault="000714DD">
            <w:pPr>
              <w:rPr>
                <w:lang w:val="es-CL"/>
              </w:rPr>
            </w:pPr>
            <w:r w:rsidRPr="008230D0">
              <w:rPr>
                <w:b/>
                <w:color w:val="1B365D"/>
                <w:sz w:val="18"/>
                <w:lang w:val="es-CL"/>
              </w:rPr>
              <w:t>NOMBRE COMPLETO</w:t>
            </w:r>
            <w:r w:rsidR="00163170" w:rsidRPr="008230D0">
              <w:rPr>
                <w:b/>
                <w:color w:val="1B365D"/>
                <w:sz w:val="18"/>
                <w:lang w:val="es-CL"/>
              </w:rPr>
              <w:t>:</w:t>
            </w:r>
          </w:p>
        </w:tc>
        <w:tc>
          <w:tcPr>
            <w:tcW w:w="7452" w:type="dxa"/>
            <w:gridSpan w:val="3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Pr="00AA6C9C" w:rsidRDefault="00163170">
            <w:pPr>
              <w:rPr>
                <w:lang w:val="es-CL"/>
              </w:rPr>
            </w:pPr>
            <w:r w:rsidRPr="00AA6C9C">
              <w:rPr>
                <w:color w:val="718096"/>
                <w:sz w:val="19"/>
                <w:lang w:val="es-CL"/>
              </w:rPr>
              <w:t>Nombres y Apellidos Paterno y Materno</w:t>
            </w:r>
          </w:p>
        </w:tc>
      </w:tr>
      <w:tr w:rsidR="00F64067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b/>
                <w:color w:val="1B365D"/>
                <w:sz w:val="18"/>
              </w:rPr>
              <w:t xml:space="preserve">RUT / </w:t>
            </w:r>
            <w:proofErr w:type="spellStart"/>
            <w:r>
              <w:rPr>
                <w:b/>
                <w:color w:val="1B365D"/>
                <w:sz w:val="18"/>
              </w:rPr>
              <w:t>Pasaporte</w:t>
            </w:r>
            <w:proofErr w:type="spellEnd"/>
            <w:r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color w:val="718096"/>
                <w:sz w:val="19"/>
              </w:rPr>
              <w:t>12.345.678-K</w:t>
            </w: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714DD">
            <w:r>
              <w:rPr>
                <w:b/>
                <w:color w:val="1B365D"/>
                <w:sz w:val="18"/>
              </w:rPr>
              <w:t>FECHA DE NACIMIENTO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714DD">
            <w:r>
              <w:rPr>
                <w:color w:val="718096"/>
                <w:sz w:val="19"/>
              </w:rPr>
              <w:t>DD / MM / AAAA</w:t>
            </w:r>
          </w:p>
        </w:tc>
      </w:tr>
      <w:tr w:rsidR="00F64067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714DD">
            <w:r>
              <w:rPr>
                <w:b/>
                <w:color w:val="1B365D"/>
                <w:sz w:val="18"/>
              </w:rPr>
              <w:t>NACIONALIDAD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color w:val="718096"/>
                <w:sz w:val="19"/>
              </w:rPr>
              <w:t>Chilena / Otra</w:t>
            </w: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714DD">
            <w:r>
              <w:rPr>
                <w:b/>
                <w:color w:val="1B365D"/>
                <w:sz w:val="18"/>
              </w:rPr>
              <w:t>ESTADO CIVIL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 w:rsidP="009947AC">
            <w:r>
              <w:rPr>
                <w:color w:val="718096"/>
                <w:sz w:val="19"/>
              </w:rPr>
              <w:t>Soltero / Casado / Otro</w:t>
            </w:r>
          </w:p>
        </w:tc>
      </w:tr>
      <w:tr w:rsidR="00F64067" w:rsidRPr="0057727D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83342">
            <w:r>
              <w:rPr>
                <w:b/>
                <w:color w:val="1B365D"/>
                <w:sz w:val="18"/>
              </w:rPr>
              <w:t>DIRECCIÓN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7452" w:type="dxa"/>
            <w:gridSpan w:val="3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Pr="00AA6C9C" w:rsidRDefault="00163170">
            <w:pPr>
              <w:rPr>
                <w:lang w:val="es-CL"/>
              </w:rPr>
            </w:pPr>
            <w:r w:rsidRPr="00AA6C9C">
              <w:rPr>
                <w:color w:val="718096"/>
                <w:sz w:val="19"/>
                <w:lang w:val="es-CL"/>
              </w:rPr>
              <w:t>Misma del alumno / Especificar otra</w:t>
            </w:r>
          </w:p>
        </w:tc>
      </w:tr>
      <w:tr w:rsidR="00F64067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83342" w:rsidP="00083342">
            <w:r>
              <w:rPr>
                <w:b/>
                <w:color w:val="1B365D"/>
                <w:sz w:val="18"/>
              </w:rPr>
              <w:t>TELÉFONO CELULAR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 w:rsidP="00083342">
            <w:r>
              <w:rPr>
                <w:color w:val="718096"/>
                <w:sz w:val="19"/>
              </w:rPr>
              <w:t xml:space="preserve">+56 9 </w:t>
            </w:r>
            <w:r w:rsidR="00083342">
              <w:rPr>
                <w:color w:val="718096"/>
                <w:sz w:val="19"/>
                <w:u w:val="single"/>
              </w:rPr>
              <w:t xml:space="preserve">__   </w:t>
            </w:r>
            <w:r w:rsidRPr="00083342">
              <w:rPr>
                <w:color w:val="718096"/>
                <w:sz w:val="19"/>
                <w:u w:val="single"/>
              </w:rPr>
              <w:t>__</w:t>
            </w: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E123E3">
            <w:r>
              <w:rPr>
                <w:b/>
                <w:color w:val="1B365D"/>
                <w:sz w:val="18"/>
              </w:rPr>
              <w:t>CORREO ELECTRÓ</w:t>
            </w:r>
            <w:r w:rsidR="00083342">
              <w:rPr>
                <w:b/>
                <w:color w:val="1B365D"/>
                <w:sz w:val="18"/>
              </w:rPr>
              <w:t>NICO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color w:val="718096"/>
                <w:sz w:val="19"/>
              </w:rPr>
              <w:t>ejemplo@correo.com</w:t>
            </w:r>
          </w:p>
        </w:tc>
      </w:tr>
      <w:tr w:rsidR="00F64067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83342" w:rsidP="00083342">
            <w:r>
              <w:rPr>
                <w:b/>
                <w:color w:val="1B365D"/>
                <w:sz w:val="18"/>
              </w:rPr>
              <w:t>PROFESIÓN / ACTIVIDAD ECONÓMICA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83342">
            <w:r>
              <w:rPr>
                <w:color w:val="718096"/>
                <w:sz w:val="19"/>
              </w:rPr>
              <w:t>Profesión</w:t>
            </w:r>
            <w:r w:rsidR="00163170">
              <w:rPr>
                <w:color w:val="718096"/>
                <w:sz w:val="19"/>
              </w:rPr>
              <w:t xml:space="preserve"> / Ocupación</w:t>
            </w: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A46861" w:rsidP="00A46861">
            <w:r>
              <w:rPr>
                <w:b/>
                <w:color w:val="1B365D"/>
                <w:sz w:val="18"/>
              </w:rPr>
              <w:t>NIVEL ACADÉMICO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083342" w:rsidP="009947AC">
            <w:r>
              <w:rPr>
                <w:color w:val="718096"/>
                <w:sz w:val="19"/>
              </w:rPr>
              <w:t xml:space="preserve">Universitario / </w:t>
            </w:r>
            <w:r w:rsidR="009947AC">
              <w:rPr>
                <w:color w:val="718096"/>
                <w:sz w:val="19"/>
              </w:rPr>
              <w:t>Otro</w:t>
            </w:r>
          </w:p>
        </w:tc>
      </w:tr>
    </w:tbl>
    <w:p w:rsidR="00F64067" w:rsidRDefault="00F64067">
      <w:pPr>
        <w:spacing w:after="1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F64067" w:rsidRPr="00AA6C9C">
        <w:trPr>
          <w:jc w:val="center"/>
        </w:trPr>
        <w:tc>
          <w:tcPr>
            <w:tcW w:w="9936" w:type="dxa"/>
            <w:shd w:val="clear" w:color="auto" w:fill="1B365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4067" w:rsidRPr="00AA6C9C" w:rsidRDefault="009947AC" w:rsidP="008230D0">
            <w:pPr>
              <w:jc w:val="center"/>
              <w:rPr>
                <w:lang w:val="es-CL"/>
              </w:rPr>
            </w:pPr>
            <w:r w:rsidRPr="00AA6C9C">
              <w:rPr>
                <w:rFonts w:ascii="Georgia" w:hAnsi="Georgia"/>
                <w:b/>
                <w:color w:val="FFFFFF"/>
                <w:sz w:val="22"/>
                <w:lang w:val="es-CL"/>
              </w:rPr>
              <w:t>ANTECEDENTES DE</w:t>
            </w:r>
            <w:r>
              <w:rPr>
                <w:rFonts w:ascii="Georgia" w:hAnsi="Georgia"/>
                <w:b/>
                <w:color w:val="FFFFFF"/>
                <w:sz w:val="22"/>
                <w:lang w:val="es-CL"/>
              </w:rPr>
              <w:t>L</w:t>
            </w:r>
            <w:r w:rsidRPr="00AA6C9C">
              <w:rPr>
                <w:rFonts w:ascii="Georgia" w:hAnsi="Georgia"/>
                <w:b/>
                <w:color w:val="FFFFFF"/>
                <w:sz w:val="22"/>
                <w:lang w:val="es-CL"/>
              </w:rPr>
              <w:t xml:space="preserve"> </w:t>
            </w:r>
            <w:r>
              <w:rPr>
                <w:rFonts w:ascii="Georgia" w:hAnsi="Georgia"/>
                <w:b/>
                <w:color w:val="FFFFFF"/>
                <w:sz w:val="22"/>
                <w:lang w:val="es-CL"/>
              </w:rPr>
              <w:t>PADRE</w:t>
            </w:r>
          </w:p>
        </w:tc>
      </w:tr>
    </w:tbl>
    <w:p w:rsidR="00F64067" w:rsidRPr="00AA6C9C" w:rsidRDefault="00F64067">
      <w:pPr>
        <w:spacing w:after="80"/>
        <w:rPr>
          <w:lang w:val="es-CL"/>
        </w:rPr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F64067" w:rsidRPr="0057727D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>
            <w:r>
              <w:rPr>
                <w:b/>
                <w:color w:val="1B365D"/>
                <w:sz w:val="18"/>
              </w:rPr>
              <w:t>NOMBRE COMPLETO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7452" w:type="dxa"/>
            <w:gridSpan w:val="3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Pr="00AA6C9C" w:rsidRDefault="00163170">
            <w:pPr>
              <w:rPr>
                <w:lang w:val="es-CL"/>
              </w:rPr>
            </w:pPr>
            <w:r w:rsidRPr="00AA6C9C">
              <w:rPr>
                <w:color w:val="718096"/>
                <w:sz w:val="19"/>
                <w:lang w:val="es-CL"/>
              </w:rPr>
              <w:t>Nombres y Apellidos Paterno y Materno</w:t>
            </w:r>
          </w:p>
        </w:tc>
      </w:tr>
      <w:tr w:rsidR="00F64067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b/>
                <w:color w:val="1B365D"/>
                <w:sz w:val="18"/>
              </w:rPr>
              <w:t xml:space="preserve">RUT / </w:t>
            </w:r>
            <w:proofErr w:type="spellStart"/>
            <w:r>
              <w:rPr>
                <w:b/>
                <w:color w:val="1B365D"/>
                <w:sz w:val="18"/>
              </w:rPr>
              <w:t>Pasaporte</w:t>
            </w:r>
            <w:proofErr w:type="spellEnd"/>
            <w:r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color w:val="718096"/>
                <w:sz w:val="19"/>
              </w:rPr>
              <w:t>12.345.678-K</w:t>
            </w: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A46861">
            <w:r>
              <w:rPr>
                <w:b/>
                <w:color w:val="1B365D"/>
                <w:sz w:val="18"/>
              </w:rPr>
              <w:t xml:space="preserve">FECHA </w:t>
            </w:r>
            <w:r w:rsidR="009947AC">
              <w:rPr>
                <w:b/>
                <w:color w:val="1B365D"/>
                <w:sz w:val="18"/>
              </w:rPr>
              <w:t>DE NACIMIENTO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>
            <w:r>
              <w:rPr>
                <w:color w:val="718096"/>
                <w:sz w:val="19"/>
              </w:rPr>
              <w:t>DD / MM / AAAA</w:t>
            </w:r>
          </w:p>
        </w:tc>
      </w:tr>
      <w:tr w:rsidR="00F64067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>
            <w:r>
              <w:rPr>
                <w:b/>
                <w:color w:val="1B365D"/>
                <w:sz w:val="18"/>
              </w:rPr>
              <w:t>NACIONALIDAD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color w:val="718096"/>
                <w:sz w:val="19"/>
              </w:rPr>
              <w:t>Chilena / Otra</w:t>
            </w: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>
            <w:r>
              <w:rPr>
                <w:b/>
                <w:color w:val="1B365D"/>
                <w:sz w:val="18"/>
              </w:rPr>
              <w:t>ESTADO CIVIL: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>
            <w:r>
              <w:rPr>
                <w:color w:val="718096"/>
                <w:sz w:val="19"/>
              </w:rPr>
              <w:t>Soltero / Casado / Otro</w:t>
            </w:r>
          </w:p>
        </w:tc>
      </w:tr>
      <w:tr w:rsidR="00F64067" w:rsidRPr="0057727D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>
            <w:r>
              <w:rPr>
                <w:b/>
                <w:color w:val="1B365D"/>
                <w:sz w:val="18"/>
              </w:rPr>
              <w:t>DIRECCIÓN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7452" w:type="dxa"/>
            <w:gridSpan w:val="3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Pr="00AA6C9C" w:rsidRDefault="00163170">
            <w:pPr>
              <w:rPr>
                <w:lang w:val="es-CL"/>
              </w:rPr>
            </w:pPr>
            <w:r w:rsidRPr="00AA6C9C">
              <w:rPr>
                <w:color w:val="718096"/>
                <w:sz w:val="19"/>
                <w:lang w:val="es-CL"/>
              </w:rPr>
              <w:t>Misma del alumno / Especificar otra</w:t>
            </w:r>
          </w:p>
        </w:tc>
      </w:tr>
      <w:tr w:rsidR="00F64067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 w:rsidP="009947AC">
            <w:r>
              <w:rPr>
                <w:b/>
                <w:color w:val="1B365D"/>
                <w:sz w:val="18"/>
              </w:rPr>
              <w:t>TELÉFONO</w:t>
            </w:r>
            <w:r w:rsidR="00163170">
              <w:rPr>
                <w:b/>
                <w:color w:val="1B365D"/>
                <w:sz w:val="18"/>
              </w:rPr>
              <w:t xml:space="preserve"> </w:t>
            </w:r>
            <w:r>
              <w:rPr>
                <w:b/>
                <w:color w:val="1B365D"/>
                <w:sz w:val="18"/>
              </w:rPr>
              <w:t>CELULAR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>
            <w:r>
              <w:rPr>
                <w:color w:val="718096"/>
                <w:sz w:val="19"/>
              </w:rPr>
              <w:t xml:space="preserve">+56 9 </w:t>
            </w:r>
            <w:r>
              <w:rPr>
                <w:color w:val="718096"/>
                <w:sz w:val="19"/>
                <w:u w:val="single"/>
              </w:rPr>
              <w:t xml:space="preserve">__   </w:t>
            </w:r>
            <w:r w:rsidRPr="00083342">
              <w:rPr>
                <w:color w:val="718096"/>
                <w:sz w:val="19"/>
                <w:u w:val="single"/>
              </w:rPr>
              <w:t>__</w:t>
            </w: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>
            <w:r>
              <w:rPr>
                <w:b/>
                <w:color w:val="1B365D"/>
                <w:sz w:val="18"/>
              </w:rPr>
              <w:t>CORREO ELECTRÓNICO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163170">
            <w:r>
              <w:rPr>
                <w:color w:val="718096"/>
                <w:sz w:val="19"/>
              </w:rPr>
              <w:t>ejemplo@correo.com</w:t>
            </w:r>
          </w:p>
        </w:tc>
      </w:tr>
      <w:tr w:rsidR="00F64067">
        <w:trPr>
          <w:jc w:val="center"/>
        </w:trPr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>
            <w:r>
              <w:rPr>
                <w:b/>
                <w:color w:val="1B365D"/>
                <w:sz w:val="18"/>
              </w:rPr>
              <w:t>PROFESIÓN / ACTIVIDAD ECONÓMICA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>
            <w:r>
              <w:rPr>
                <w:color w:val="718096"/>
                <w:sz w:val="19"/>
              </w:rPr>
              <w:t>Profesión</w:t>
            </w:r>
            <w:r w:rsidR="00163170">
              <w:rPr>
                <w:color w:val="718096"/>
                <w:sz w:val="19"/>
              </w:rPr>
              <w:t xml:space="preserve"> / Ocupación</w:t>
            </w:r>
          </w:p>
        </w:tc>
        <w:tc>
          <w:tcPr>
            <w:tcW w:w="2484" w:type="dxa"/>
            <w:shd w:val="clear" w:color="auto" w:fill="F2F4F8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A46861">
            <w:r>
              <w:rPr>
                <w:b/>
                <w:color w:val="1B365D"/>
                <w:sz w:val="18"/>
              </w:rPr>
              <w:t>NIVEL ACADÉMICO</w:t>
            </w:r>
            <w:r w:rsidR="00163170">
              <w:rPr>
                <w:b/>
                <w:color w:val="1B365D"/>
                <w:sz w:val="18"/>
              </w:rPr>
              <w:t>: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F64067" w:rsidRDefault="009947AC">
            <w:r>
              <w:rPr>
                <w:color w:val="718096"/>
                <w:sz w:val="19"/>
              </w:rPr>
              <w:t>Universitario / Otro</w:t>
            </w:r>
          </w:p>
        </w:tc>
      </w:tr>
    </w:tbl>
    <w:p w:rsidR="00F64067" w:rsidRDefault="00F64067">
      <w:pPr>
        <w:spacing w:after="160"/>
      </w:pPr>
    </w:p>
    <w:p w:rsidR="00DF3E08" w:rsidRDefault="00DF3E08">
      <w:pPr>
        <w:spacing w:after="160"/>
        <w:rPr>
          <w:lang w:val="es-CL"/>
        </w:rPr>
      </w:pPr>
    </w:p>
    <w:p w:rsidR="00057CC1" w:rsidRDefault="00057CC1">
      <w:pPr>
        <w:spacing w:after="160"/>
        <w:rPr>
          <w:lang w:val="es-CL"/>
        </w:rPr>
      </w:pPr>
    </w:p>
    <w:p w:rsidR="00057CC1" w:rsidRDefault="00057CC1">
      <w:pPr>
        <w:spacing w:after="160"/>
        <w:rPr>
          <w:lang w:val="es-CL"/>
        </w:rPr>
      </w:pPr>
    </w:p>
    <w:p w:rsidR="00057CC1" w:rsidRDefault="00057CC1">
      <w:pPr>
        <w:spacing w:after="160"/>
        <w:rPr>
          <w:lang w:val="es-CL"/>
        </w:rPr>
      </w:pPr>
    </w:p>
    <w:p w:rsidR="00057CC1" w:rsidRDefault="00057CC1">
      <w:pPr>
        <w:spacing w:after="160"/>
        <w:rPr>
          <w:lang w:val="es-C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14"/>
        <w:gridCol w:w="2484"/>
        <w:gridCol w:w="2484"/>
        <w:gridCol w:w="2406"/>
      </w:tblGrid>
      <w:tr w:rsidR="00DF3E08" w:rsidRPr="00AA6C9C" w:rsidTr="000E2302">
        <w:trPr>
          <w:jc w:val="center"/>
        </w:trPr>
        <w:tc>
          <w:tcPr>
            <w:tcW w:w="9988" w:type="dxa"/>
            <w:gridSpan w:val="4"/>
            <w:shd w:val="clear" w:color="auto" w:fill="1B365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F3E08" w:rsidRPr="00AA6C9C" w:rsidRDefault="00057CC1" w:rsidP="00057CC1">
            <w:pPr>
              <w:jc w:val="center"/>
              <w:rPr>
                <w:lang w:val="es-CL"/>
              </w:rPr>
            </w:pPr>
            <w:r>
              <w:rPr>
                <w:rFonts w:ascii="Georgia" w:hAnsi="Georgia"/>
                <w:b/>
                <w:color w:val="FFFFFF"/>
                <w:sz w:val="22"/>
                <w:lang w:val="es-CL"/>
              </w:rPr>
              <w:lastRenderedPageBreak/>
              <w:t>OTROS ANTECEDENTES</w:t>
            </w:r>
          </w:p>
        </w:tc>
      </w:tr>
      <w:tr w:rsidR="00DF3E08" w:rsidRPr="0057727D" w:rsidTr="000E2302">
        <w:tblPrEx>
          <w:tblBorders>
            <w:top w:val="single" w:sz="4" w:space="0" w:color="CBD5E0"/>
            <w:left w:val="single" w:sz="4" w:space="0" w:color="CBD5E0"/>
            <w:bottom w:val="single" w:sz="4" w:space="0" w:color="CBD5E0"/>
            <w:right w:val="single" w:sz="4" w:space="0" w:color="CBD5E0"/>
            <w:insideH w:val="single" w:sz="4" w:space="0" w:color="CBD5E0"/>
            <w:insideV w:val="single" w:sz="4" w:space="0" w:color="CBD5E0"/>
          </w:tblBorders>
        </w:tblPrEx>
        <w:trPr>
          <w:jc w:val="center"/>
        </w:trPr>
        <w:tc>
          <w:tcPr>
            <w:tcW w:w="9988" w:type="dxa"/>
            <w:gridSpan w:val="4"/>
            <w:shd w:val="clear" w:color="auto" w:fill="F3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80216" w:rsidRPr="00C80216" w:rsidRDefault="00DF3E08" w:rsidP="00DF3E08">
            <w:pPr>
              <w:rPr>
                <w:b/>
                <w:color w:val="1B365D"/>
                <w:lang w:val="es-CL"/>
              </w:rPr>
            </w:pPr>
            <w:r w:rsidRPr="00C80216">
              <w:rPr>
                <w:b/>
                <w:color w:val="1B365D"/>
                <w:lang w:val="es-CL"/>
              </w:rPr>
              <w:t xml:space="preserve">1. </w:t>
            </w:r>
            <w:r w:rsidR="00C80216" w:rsidRPr="00C80216">
              <w:rPr>
                <w:b/>
                <w:color w:val="1B365D"/>
                <w:lang w:val="es-CL"/>
              </w:rPr>
              <w:t xml:space="preserve">¿Su hijo(a) ha recibido atención especializada de psicopedagogo, psicólogo, psiquiatra, neurólogo, fonoaudiólogo, terapeuta ocupacional u otro especialista?  </w:t>
            </w:r>
          </w:p>
          <w:p w:rsidR="00DF3E08" w:rsidRPr="00AA6C9C" w:rsidRDefault="00C80216" w:rsidP="00DF3E08">
            <w:pPr>
              <w:rPr>
                <w:lang w:val="es-CL"/>
              </w:rPr>
            </w:pPr>
            <w:r w:rsidRPr="00C80216">
              <w:rPr>
                <w:b/>
                <w:color w:val="1B365D"/>
                <w:lang w:val="es-CL"/>
              </w:rPr>
              <w:t>En caso de respuesta afirmativa ¿Cuál es el diagnóstico?</w:t>
            </w:r>
          </w:p>
        </w:tc>
      </w:tr>
      <w:tr w:rsidR="00DF3E08" w:rsidRPr="0057727D" w:rsidTr="000E2302">
        <w:tblPrEx>
          <w:tblBorders>
            <w:top w:val="single" w:sz="4" w:space="0" w:color="CBD5E0"/>
            <w:left w:val="single" w:sz="4" w:space="0" w:color="CBD5E0"/>
            <w:bottom w:val="single" w:sz="4" w:space="0" w:color="CBD5E0"/>
            <w:right w:val="single" w:sz="4" w:space="0" w:color="CBD5E0"/>
            <w:insideH w:val="single" w:sz="4" w:space="0" w:color="CBD5E0"/>
            <w:insideV w:val="single" w:sz="4" w:space="0" w:color="CBD5E0"/>
          </w:tblBorders>
        </w:tblPrEx>
        <w:trPr>
          <w:trHeight w:val="1020"/>
          <w:jc w:val="center"/>
        </w:trPr>
        <w:tc>
          <w:tcPr>
            <w:tcW w:w="9988" w:type="dxa"/>
            <w:gridSpan w:val="4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A2901" w:rsidRPr="00C80216" w:rsidRDefault="007A2901" w:rsidP="007A2901">
            <w:pPr>
              <w:rPr>
                <w:color w:val="A0AEC0"/>
                <w:sz w:val="18"/>
                <w:lang w:val="es-CL"/>
              </w:rPr>
            </w:pPr>
            <w:r>
              <w:rPr>
                <w:color w:val="A0AEC0"/>
                <w:sz w:val="18"/>
                <w:lang w:val="es-CL"/>
              </w:rPr>
              <w:t>(</w:t>
            </w:r>
            <w:r w:rsidRPr="00AA6C9C">
              <w:rPr>
                <w:color w:val="A0AEC0"/>
                <w:sz w:val="18"/>
                <w:lang w:val="es-CL"/>
              </w:rPr>
              <w:t>Ingrese</w:t>
            </w:r>
            <w:r w:rsidR="00DF3E08" w:rsidRPr="00AA6C9C">
              <w:rPr>
                <w:color w:val="A0AEC0"/>
                <w:sz w:val="18"/>
                <w:lang w:val="es-CL"/>
              </w:rPr>
              <w:t xml:space="preserve"> su respuesta en este espacio. Puede extender la redacción según considere necesario... </w:t>
            </w:r>
            <w:r>
              <w:rPr>
                <w:color w:val="A0AEC0"/>
                <w:sz w:val="18"/>
                <w:lang w:val="es-CL"/>
              </w:rPr>
              <w:t>)</w:t>
            </w:r>
          </w:p>
        </w:tc>
      </w:tr>
      <w:tr w:rsidR="00C80216" w:rsidRPr="008230D0" w:rsidTr="00D63C20">
        <w:tblPrEx>
          <w:tblBorders>
            <w:top w:val="single" w:sz="4" w:space="0" w:color="CBD5E0"/>
            <w:left w:val="single" w:sz="4" w:space="0" w:color="CBD5E0"/>
            <w:bottom w:val="single" w:sz="4" w:space="0" w:color="CBD5E0"/>
            <w:right w:val="single" w:sz="4" w:space="0" w:color="CBD5E0"/>
            <w:insideH w:val="single" w:sz="4" w:space="0" w:color="CBD5E0"/>
            <w:insideV w:val="single" w:sz="4" w:space="0" w:color="CBD5E0"/>
          </w:tblBorders>
        </w:tblPrEx>
        <w:trPr>
          <w:trHeight w:val="818"/>
          <w:jc w:val="center"/>
        </w:trPr>
        <w:tc>
          <w:tcPr>
            <w:tcW w:w="2614" w:type="dxa"/>
            <w:shd w:val="clear" w:color="auto" w:fill="F3FB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C80216" w:rsidRPr="00E74B5E" w:rsidRDefault="00C80216" w:rsidP="00C80216">
            <w:pPr>
              <w:rPr>
                <w:lang w:val="es-CL"/>
              </w:rPr>
            </w:pPr>
            <w:r w:rsidRPr="00E74B5E">
              <w:rPr>
                <w:b/>
                <w:color w:val="1B365D"/>
                <w:sz w:val="18"/>
                <w:lang w:val="es-CL"/>
              </w:rPr>
              <w:t>¿</w:t>
            </w:r>
            <w:r>
              <w:rPr>
                <w:b/>
                <w:color w:val="1B365D"/>
                <w:sz w:val="18"/>
                <w:lang w:val="es-CL"/>
              </w:rPr>
              <w:t>FUE DADO DE ALTA</w:t>
            </w:r>
            <w:r w:rsidRPr="00E74B5E">
              <w:rPr>
                <w:b/>
                <w:color w:val="1B365D"/>
                <w:sz w:val="18"/>
                <w:lang w:val="es-CL"/>
              </w:rPr>
              <w:t>?</w:t>
            </w:r>
          </w:p>
        </w:tc>
        <w:tc>
          <w:tcPr>
            <w:tcW w:w="2484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C80216" w:rsidRDefault="00C80216" w:rsidP="00C03F50">
            <w:r>
              <w:rPr>
                <w:color w:val="718096"/>
                <w:sz w:val="19"/>
              </w:rPr>
              <w:t xml:space="preserve">SÍ </w:t>
            </w:r>
            <w:r w:rsidRPr="000714DD">
              <w:rPr>
                <w:color w:val="718096"/>
                <w:sz w:val="19"/>
                <w:u w:val="single"/>
              </w:rPr>
              <w:t xml:space="preserve">         </w:t>
            </w:r>
            <w:r>
              <w:rPr>
                <w:color w:val="718096"/>
                <w:sz w:val="19"/>
              </w:rPr>
              <w:t xml:space="preserve">    NO </w:t>
            </w:r>
            <w:r w:rsidRPr="000714DD">
              <w:rPr>
                <w:color w:val="718096"/>
                <w:sz w:val="19"/>
                <w:u w:val="single"/>
              </w:rPr>
              <w:t>____</w:t>
            </w:r>
          </w:p>
        </w:tc>
        <w:tc>
          <w:tcPr>
            <w:tcW w:w="2484" w:type="dxa"/>
            <w:shd w:val="clear" w:color="auto" w:fill="F3FB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C80216" w:rsidRPr="008230D0" w:rsidRDefault="00C80216" w:rsidP="00C03F50">
            <w:pPr>
              <w:rPr>
                <w:lang w:val="es-CL"/>
              </w:rPr>
            </w:pPr>
            <w:r>
              <w:rPr>
                <w:b/>
                <w:color w:val="1B365D"/>
                <w:sz w:val="18"/>
                <w:lang w:val="es-CL"/>
              </w:rPr>
              <w:t>¿HA REPETIDO CURSO ALGUNA VEZ?:</w:t>
            </w:r>
          </w:p>
        </w:tc>
        <w:tc>
          <w:tcPr>
            <w:tcW w:w="2406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C80216" w:rsidRDefault="00C80216" w:rsidP="00C80216">
            <w:pPr>
              <w:rPr>
                <w:color w:val="718096"/>
                <w:sz w:val="19"/>
                <w:u w:val="single"/>
              </w:rPr>
            </w:pPr>
            <w:r>
              <w:rPr>
                <w:lang w:val="es-CL"/>
              </w:rPr>
              <w:t xml:space="preserve"> </w:t>
            </w:r>
            <w:r>
              <w:rPr>
                <w:color w:val="718096"/>
                <w:sz w:val="19"/>
              </w:rPr>
              <w:t xml:space="preserve">SÍ </w:t>
            </w:r>
            <w:r w:rsidRPr="000714DD">
              <w:rPr>
                <w:color w:val="718096"/>
                <w:sz w:val="19"/>
                <w:u w:val="single"/>
              </w:rPr>
              <w:t xml:space="preserve">         </w:t>
            </w:r>
            <w:r>
              <w:rPr>
                <w:color w:val="718096"/>
                <w:sz w:val="19"/>
              </w:rPr>
              <w:t xml:space="preserve">    NO </w:t>
            </w:r>
            <w:r w:rsidRPr="000714DD">
              <w:rPr>
                <w:color w:val="718096"/>
                <w:sz w:val="19"/>
                <w:u w:val="single"/>
              </w:rPr>
              <w:t>____</w:t>
            </w:r>
          </w:p>
          <w:p w:rsidR="00C80216" w:rsidRPr="00C80216" w:rsidRDefault="00C80216" w:rsidP="00C80216">
            <w:pPr>
              <w:rPr>
                <w:u w:val="single"/>
                <w:lang w:val="es-CL"/>
              </w:rPr>
            </w:pPr>
            <w:r>
              <w:rPr>
                <w:color w:val="718096"/>
                <w:sz w:val="19"/>
              </w:rPr>
              <w:t xml:space="preserve">CURSO: </w:t>
            </w:r>
            <w:r>
              <w:rPr>
                <w:color w:val="718096"/>
                <w:sz w:val="19"/>
                <w:u w:val="single"/>
              </w:rPr>
              <w:t xml:space="preserve">        </w:t>
            </w:r>
          </w:p>
        </w:tc>
      </w:tr>
    </w:tbl>
    <w:tbl>
      <w:tblPr>
        <w:tblpPr w:leftFromText="180" w:rightFromText="180" w:vertAnchor="text" w:horzAnchor="margin" w:tblpX="120" w:tblpY="223"/>
        <w:tblW w:w="0" w:type="auto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9901"/>
      </w:tblGrid>
      <w:tr w:rsidR="000E2302" w:rsidRPr="0057727D" w:rsidTr="00CD44D3">
        <w:tc>
          <w:tcPr>
            <w:tcW w:w="9901" w:type="dxa"/>
            <w:shd w:val="clear" w:color="auto" w:fill="F3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E2302" w:rsidRPr="00AA6C9C" w:rsidRDefault="000E2302" w:rsidP="000E2302">
            <w:pPr>
              <w:rPr>
                <w:lang w:val="es-CL"/>
              </w:rPr>
            </w:pPr>
            <w:r>
              <w:rPr>
                <w:b/>
                <w:color w:val="1B365D"/>
                <w:lang w:val="es-CL"/>
              </w:rPr>
              <w:t>2</w:t>
            </w:r>
            <w:r w:rsidRPr="00C80216">
              <w:rPr>
                <w:b/>
                <w:color w:val="1B365D"/>
                <w:lang w:val="es-CL"/>
              </w:rPr>
              <w:t xml:space="preserve">. ¿Su hijo(a) </w:t>
            </w:r>
            <w:r>
              <w:rPr>
                <w:b/>
                <w:color w:val="1B365D"/>
                <w:lang w:val="es-CL"/>
              </w:rPr>
              <w:t>presenta alguna enfermedad o condición</w:t>
            </w:r>
            <w:r w:rsidRPr="00C80216">
              <w:rPr>
                <w:b/>
                <w:color w:val="1B365D"/>
                <w:lang w:val="es-CL"/>
              </w:rPr>
              <w:t>?</w:t>
            </w:r>
            <w:r>
              <w:rPr>
                <w:b/>
                <w:color w:val="1B365D"/>
                <w:lang w:val="es-CL"/>
              </w:rPr>
              <w:t xml:space="preserve"> </w:t>
            </w:r>
            <w:r w:rsidRPr="00C80216">
              <w:rPr>
                <w:b/>
                <w:color w:val="1B365D"/>
                <w:lang w:val="es-CL"/>
              </w:rPr>
              <w:t>En caso de respuesta afirmativa ¿Cuál es el diagnóstico?</w:t>
            </w:r>
          </w:p>
        </w:tc>
      </w:tr>
      <w:tr w:rsidR="000E2302" w:rsidRPr="0057727D" w:rsidTr="00CD44D3">
        <w:tc>
          <w:tcPr>
            <w:tcW w:w="990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E2302" w:rsidRPr="00AA6C9C" w:rsidRDefault="007A2901" w:rsidP="007A2901">
            <w:pPr>
              <w:rPr>
                <w:lang w:val="es-CL"/>
              </w:rPr>
            </w:pPr>
            <w:r>
              <w:rPr>
                <w:color w:val="A0AEC0"/>
                <w:sz w:val="18"/>
                <w:lang w:val="es-CL"/>
              </w:rPr>
              <w:t>(Ingrese</w:t>
            </w:r>
            <w:r w:rsidR="000E2302" w:rsidRPr="00AA6C9C">
              <w:rPr>
                <w:color w:val="A0AEC0"/>
                <w:sz w:val="18"/>
                <w:lang w:val="es-CL"/>
              </w:rPr>
              <w:t xml:space="preserve"> su respuesta en este espacio. Puede extender la redacción según considere necesario...</w:t>
            </w:r>
            <w:r>
              <w:rPr>
                <w:color w:val="A0AEC0"/>
                <w:sz w:val="18"/>
                <w:lang w:val="es-CL"/>
              </w:rPr>
              <w:t xml:space="preserve"> )</w:t>
            </w:r>
            <w:r>
              <w:rPr>
                <w:color w:val="A0AEC0"/>
                <w:sz w:val="18"/>
                <w:lang w:val="es-CL"/>
              </w:rPr>
              <w:br/>
            </w:r>
          </w:p>
        </w:tc>
      </w:tr>
      <w:tr w:rsidR="000E2302" w:rsidRPr="0057727D" w:rsidTr="00CD44D3">
        <w:tc>
          <w:tcPr>
            <w:tcW w:w="9901" w:type="dxa"/>
            <w:shd w:val="clear" w:color="auto" w:fill="F3FB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E2302" w:rsidRPr="00AA6C9C" w:rsidRDefault="000E2302" w:rsidP="000E2302">
            <w:pPr>
              <w:rPr>
                <w:lang w:val="es-CL"/>
              </w:rPr>
            </w:pPr>
            <w:r>
              <w:rPr>
                <w:b/>
                <w:color w:val="1B365D"/>
                <w:lang w:val="es-CL"/>
              </w:rPr>
              <w:t>3</w:t>
            </w:r>
            <w:r w:rsidRPr="00C80216">
              <w:rPr>
                <w:b/>
                <w:color w:val="1B365D"/>
                <w:lang w:val="es-CL"/>
              </w:rPr>
              <w:t xml:space="preserve">. ¿Su hijo(a) </w:t>
            </w:r>
            <w:r w:rsidR="00057CC1">
              <w:rPr>
                <w:b/>
                <w:color w:val="1B365D"/>
                <w:lang w:val="es-CL"/>
              </w:rPr>
              <w:t>d</w:t>
            </w:r>
            <w:r>
              <w:rPr>
                <w:b/>
                <w:color w:val="1B365D"/>
                <w:lang w:val="es-CL"/>
              </w:rPr>
              <w:t>ebe tomar algún medicamento</w:t>
            </w:r>
            <w:r w:rsidRPr="00C80216">
              <w:rPr>
                <w:b/>
                <w:color w:val="1B365D"/>
                <w:lang w:val="es-CL"/>
              </w:rPr>
              <w:t>?</w:t>
            </w:r>
            <w:r>
              <w:rPr>
                <w:b/>
                <w:color w:val="1B365D"/>
                <w:lang w:val="es-CL"/>
              </w:rPr>
              <w:t xml:space="preserve"> </w:t>
            </w:r>
            <w:r w:rsidRPr="00C80216">
              <w:rPr>
                <w:b/>
                <w:color w:val="1B365D"/>
                <w:lang w:val="es-CL"/>
              </w:rPr>
              <w:t>En caso de respuesta afirmativa</w:t>
            </w:r>
            <w:r>
              <w:rPr>
                <w:b/>
                <w:color w:val="1B365D"/>
                <w:lang w:val="es-CL"/>
              </w:rPr>
              <w:t>, especifique el medicamento</w:t>
            </w:r>
          </w:p>
        </w:tc>
      </w:tr>
      <w:tr w:rsidR="000E2302" w:rsidRPr="0057727D" w:rsidTr="00CD44D3">
        <w:tc>
          <w:tcPr>
            <w:tcW w:w="990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E2302" w:rsidRPr="00AA6C9C" w:rsidRDefault="007A2901" w:rsidP="007A2901">
            <w:pPr>
              <w:rPr>
                <w:lang w:val="es-CL"/>
              </w:rPr>
            </w:pPr>
            <w:r>
              <w:rPr>
                <w:color w:val="A0AEC0"/>
                <w:sz w:val="18"/>
                <w:lang w:val="es-CL"/>
              </w:rPr>
              <w:t>(</w:t>
            </w:r>
            <w:r w:rsidRPr="00AA6C9C">
              <w:rPr>
                <w:color w:val="A0AEC0"/>
                <w:sz w:val="18"/>
                <w:lang w:val="es-CL"/>
              </w:rPr>
              <w:t xml:space="preserve">Ingrese su respuesta en este espacio. Puede extender la redacción según considere necesario... </w:t>
            </w:r>
            <w:r>
              <w:rPr>
                <w:color w:val="A0AEC0"/>
                <w:sz w:val="18"/>
                <w:lang w:val="es-CL"/>
              </w:rPr>
              <w:t>)</w:t>
            </w:r>
            <w:r w:rsidR="000E2302" w:rsidRPr="00AA6C9C">
              <w:rPr>
                <w:color w:val="A0AEC0"/>
                <w:sz w:val="18"/>
                <w:lang w:val="es-CL"/>
              </w:rPr>
              <w:br/>
            </w:r>
            <w:r w:rsidR="000E2302" w:rsidRPr="00AA6C9C">
              <w:rPr>
                <w:color w:val="A0AEC0"/>
                <w:sz w:val="18"/>
                <w:lang w:val="es-CL"/>
              </w:rPr>
              <w:br/>
            </w:r>
          </w:p>
        </w:tc>
      </w:tr>
    </w:tbl>
    <w:p w:rsidR="00DF3E08" w:rsidRDefault="00DF3E08">
      <w:pPr>
        <w:spacing w:after="160"/>
        <w:rPr>
          <w:lang w:val="es-C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DF3E08" w:rsidRPr="0057727D">
        <w:trPr>
          <w:jc w:val="center"/>
        </w:trPr>
        <w:tc>
          <w:tcPr>
            <w:tcW w:w="9936" w:type="dxa"/>
            <w:shd w:val="clear" w:color="auto" w:fill="1B365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0E2302" w:rsidRPr="00AA6C9C" w:rsidRDefault="000E2302" w:rsidP="00D01402">
            <w:pPr>
              <w:rPr>
                <w:rFonts w:ascii="Georgia" w:hAnsi="Georgia"/>
                <w:b/>
                <w:color w:val="FFFFFF"/>
                <w:sz w:val="22"/>
                <w:lang w:val="es-CL"/>
              </w:rPr>
            </w:pPr>
          </w:p>
        </w:tc>
      </w:tr>
      <w:tr w:rsidR="00F64067" w:rsidRPr="0057727D">
        <w:trPr>
          <w:jc w:val="center"/>
        </w:trPr>
        <w:tc>
          <w:tcPr>
            <w:tcW w:w="9936" w:type="dxa"/>
            <w:shd w:val="clear" w:color="auto" w:fill="1B365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4067" w:rsidRPr="00AA6C9C" w:rsidRDefault="00D01402" w:rsidP="007A2901">
            <w:pPr>
              <w:jc w:val="center"/>
              <w:rPr>
                <w:lang w:val="es-CL"/>
              </w:rPr>
            </w:pPr>
            <w:r>
              <w:rPr>
                <w:rFonts w:ascii="Georgia" w:hAnsi="Georgia"/>
                <w:b/>
                <w:color w:val="FFFFFF"/>
                <w:sz w:val="22"/>
                <w:lang w:val="es-CL"/>
              </w:rPr>
              <w:t>INFORMACIÓN PARENTAL</w:t>
            </w:r>
            <w:r w:rsidR="00163170" w:rsidRPr="00AA6C9C">
              <w:rPr>
                <w:rFonts w:ascii="Georgia" w:hAnsi="Georgia"/>
                <w:b/>
                <w:color w:val="FFFFFF"/>
                <w:sz w:val="22"/>
                <w:lang w:val="es-CL"/>
              </w:rPr>
              <w:t xml:space="preserve"> Y PERFIL FAMILIAR</w:t>
            </w:r>
          </w:p>
        </w:tc>
      </w:tr>
    </w:tbl>
    <w:p w:rsidR="00F64067" w:rsidRPr="00AA6C9C" w:rsidRDefault="00F64067">
      <w:pPr>
        <w:spacing w:after="80"/>
        <w:rPr>
          <w:lang w:val="es-CL"/>
        </w:rPr>
      </w:pPr>
    </w:p>
    <w:p w:rsidR="00F64067" w:rsidRPr="00AA6C9C" w:rsidRDefault="00163170">
      <w:pPr>
        <w:spacing w:after="160"/>
        <w:rPr>
          <w:lang w:val="es-CL"/>
        </w:rPr>
      </w:pPr>
      <w:r w:rsidRPr="00AA6C9C">
        <w:rPr>
          <w:i/>
          <w:color w:val="718096"/>
          <w:sz w:val="18"/>
          <w:lang w:val="es-CL"/>
        </w:rPr>
        <w:t xml:space="preserve">Instrucciones: </w:t>
      </w:r>
      <w:r w:rsidR="00840AF5">
        <w:rPr>
          <w:i/>
          <w:color w:val="718096"/>
          <w:sz w:val="18"/>
          <w:lang w:val="es-CL"/>
        </w:rPr>
        <w:t>Solicitamos responder con franqueza y en detalle, las siguientes preguntas.</w:t>
      </w: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9936"/>
      </w:tblGrid>
      <w:tr w:rsidR="00F64067" w:rsidRPr="00840AF5">
        <w:trPr>
          <w:jc w:val="center"/>
        </w:trPr>
        <w:tc>
          <w:tcPr>
            <w:tcW w:w="9936" w:type="dxa"/>
            <w:shd w:val="clear" w:color="auto" w:fill="EBF8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4067" w:rsidRPr="00AA6C9C" w:rsidRDefault="00840AF5" w:rsidP="00840AF5">
            <w:pPr>
              <w:rPr>
                <w:lang w:val="es-CL"/>
              </w:rPr>
            </w:pPr>
            <w:r>
              <w:rPr>
                <w:b/>
                <w:color w:val="1B365D"/>
                <w:sz w:val="19"/>
                <w:lang w:val="es-CL"/>
              </w:rPr>
              <w:t xml:space="preserve">1. Describa virtudes, habilidades sociales, académicas, deportivas o artísticas </w:t>
            </w:r>
            <w:r w:rsidR="00163170" w:rsidRPr="00AA6C9C">
              <w:rPr>
                <w:b/>
                <w:color w:val="1B365D"/>
                <w:sz w:val="19"/>
                <w:lang w:val="es-CL"/>
              </w:rPr>
              <w:t>de su hijo(a)</w:t>
            </w:r>
            <w:r>
              <w:rPr>
                <w:b/>
                <w:color w:val="1B365D"/>
                <w:sz w:val="19"/>
                <w:lang w:val="es-CL"/>
              </w:rPr>
              <w:t>. ¿Cuáles son sus fortalezas y debilidades</w:t>
            </w:r>
            <w:r w:rsidR="00163170" w:rsidRPr="00AA6C9C">
              <w:rPr>
                <w:b/>
                <w:color w:val="1B365D"/>
                <w:sz w:val="19"/>
                <w:lang w:val="es-CL"/>
              </w:rPr>
              <w:t>?</w:t>
            </w:r>
          </w:p>
        </w:tc>
      </w:tr>
      <w:tr w:rsidR="00F64067" w:rsidRPr="0057727D">
        <w:trPr>
          <w:jc w:val="center"/>
        </w:trPr>
        <w:tc>
          <w:tcPr>
            <w:tcW w:w="99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64067" w:rsidRPr="00AA6C9C" w:rsidRDefault="00163170">
            <w:pPr>
              <w:rPr>
                <w:lang w:val="es-CL"/>
              </w:rPr>
            </w:pPr>
            <w:r w:rsidRPr="00AA6C9C">
              <w:rPr>
                <w:color w:val="A0AEC0"/>
                <w:sz w:val="18"/>
                <w:lang w:val="es-CL"/>
              </w:rPr>
              <w:t>[ Ingrese su respuesta en este espacio. Puede extender la redacción según considere necesario... ]</w:t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</w:p>
        </w:tc>
      </w:tr>
    </w:tbl>
    <w:p w:rsidR="00F64067" w:rsidRPr="00AA6C9C" w:rsidRDefault="00F64067">
      <w:pPr>
        <w:spacing w:after="120"/>
        <w:rPr>
          <w:lang w:val="es-CL"/>
        </w:rPr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9936"/>
      </w:tblGrid>
      <w:tr w:rsidR="00F64067" w:rsidRPr="0057727D">
        <w:trPr>
          <w:jc w:val="center"/>
        </w:trPr>
        <w:tc>
          <w:tcPr>
            <w:tcW w:w="9936" w:type="dxa"/>
            <w:shd w:val="clear" w:color="auto" w:fill="EBF8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4067" w:rsidRPr="00AA6C9C" w:rsidRDefault="00840AF5" w:rsidP="00840AF5">
            <w:pPr>
              <w:rPr>
                <w:lang w:val="es-CL"/>
              </w:rPr>
            </w:pPr>
            <w:r>
              <w:rPr>
                <w:b/>
                <w:color w:val="1B365D"/>
                <w:sz w:val="19"/>
                <w:lang w:val="es-CL"/>
              </w:rPr>
              <w:t>2. ¿Cuáles son a su juicio,  las principales responsabilidades de la Scuola frente a la formación de su hijo(a)</w:t>
            </w:r>
            <w:r w:rsidR="00163170" w:rsidRPr="00AA6C9C">
              <w:rPr>
                <w:b/>
                <w:color w:val="1B365D"/>
                <w:sz w:val="19"/>
                <w:lang w:val="es-CL"/>
              </w:rPr>
              <w:t>?</w:t>
            </w:r>
          </w:p>
        </w:tc>
      </w:tr>
      <w:tr w:rsidR="00F64067" w:rsidRPr="0057727D">
        <w:trPr>
          <w:jc w:val="center"/>
        </w:trPr>
        <w:tc>
          <w:tcPr>
            <w:tcW w:w="99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64067" w:rsidRPr="00AA6C9C" w:rsidRDefault="00163170">
            <w:pPr>
              <w:rPr>
                <w:lang w:val="es-CL"/>
              </w:rPr>
            </w:pPr>
            <w:r w:rsidRPr="00AA6C9C">
              <w:rPr>
                <w:color w:val="A0AEC0"/>
                <w:sz w:val="18"/>
                <w:lang w:val="es-CL"/>
              </w:rPr>
              <w:t>[ Ingrese su respuesta en este espacio. Puede extender la redacción según considere necesario... ]</w:t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</w:p>
        </w:tc>
      </w:tr>
    </w:tbl>
    <w:p w:rsidR="00F64067" w:rsidRPr="00AA6C9C" w:rsidRDefault="00F64067">
      <w:pPr>
        <w:spacing w:after="120"/>
        <w:rPr>
          <w:lang w:val="es-CL"/>
        </w:rPr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9936"/>
      </w:tblGrid>
      <w:tr w:rsidR="00F64067" w:rsidRPr="0057727D">
        <w:trPr>
          <w:jc w:val="center"/>
        </w:trPr>
        <w:tc>
          <w:tcPr>
            <w:tcW w:w="9936" w:type="dxa"/>
            <w:shd w:val="clear" w:color="auto" w:fill="EBF8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4067" w:rsidRPr="00AA6C9C" w:rsidRDefault="00785E37" w:rsidP="0057727D">
            <w:pPr>
              <w:jc w:val="both"/>
              <w:rPr>
                <w:lang w:val="es-CL"/>
              </w:rPr>
            </w:pPr>
            <w:r>
              <w:rPr>
                <w:b/>
                <w:color w:val="1B365D"/>
                <w:sz w:val="19"/>
                <w:lang w:val="es-CL"/>
              </w:rPr>
              <w:t xml:space="preserve">3. ¿Cómo han enfrentado ustedes las dificultades propias de esta etapa de crianza? </w:t>
            </w:r>
            <w:r w:rsidRPr="00AA6C9C">
              <w:rPr>
                <w:b/>
                <w:color w:val="1B365D"/>
                <w:sz w:val="19"/>
                <w:lang w:val="es-CL"/>
              </w:rPr>
              <w:t xml:space="preserve">¿Cómo abordan en el hogar situaciones de frustración, </w:t>
            </w:r>
            <w:r>
              <w:rPr>
                <w:b/>
                <w:color w:val="1B365D"/>
                <w:sz w:val="19"/>
                <w:lang w:val="es-CL"/>
              </w:rPr>
              <w:t>límites</w:t>
            </w:r>
            <w:r w:rsidRPr="00AA6C9C">
              <w:rPr>
                <w:b/>
                <w:color w:val="1B365D"/>
                <w:sz w:val="19"/>
                <w:lang w:val="es-CL"/>
              </w:rPr>
              <w:t xml:space="preserve"> y resolución pacífica de </w:t>
            </w:r>
            <w:r>
              <w:rPr>
                <w:b/>
                <w:color w:val="1B365D"/>
                <w:sz w:val="19"/>
                <w:lang w:val="es-CL"/>
              </w:rPr>
              <w:t>conflictos</w:t>
            </w:r>
            <w:r w:rsidRPr="00AA6C9C">
              <w:rPr>
                <w:b/>
                <w:color w:val="1B365D"/>
                <w:sz w:val="19"/>
                <w:lang w:val="es-CL"/>
              </w:rPr>
              <w:t>?</w:t>
            </w:r>
          </w:p>
        </w:tc>
      </w:tr>
      <w:tr w:rsidR="00F64067" w:rsidRPr="0057727D">
        <w:trPr>
          <w:jc w:val="center"/>
        </w:trPr>
        <w:tc>
          <w:tcPr>
            <w:tcW w:w="99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64067" w:rsidRPr="00AA6C9C" w:rsidRDefault="00163170">
            <w:pPr>
              <w:rPr>
                <w:lang w:val="es-CL"/>
              </w:rPr>
            </w:pPr>
            <w:r w:rsidRPr="00AA6C9C">
              <w:rPr>
                <w:color w:val="A0AEC0"/>
                <w:sz w:val="18"/>
                <w:lang w:val="es-CL"/>
              </w:rPr>
              <w:t>[ Ingrese su respuesta en este espacio. Puede extender la redacción según considere necesario... ]</w:t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</w:p>
        </w:tc>
      </w:tr>
    </w:tbl>
    <w:p w:rsidR="00F64067" w:rsidRPr="00AA6C9C" w:rsidRDefault="00F64067">
      <w:pPr>
        <w:spacing w:after="120"/>
        <w:rPr>
          <w:lang w:val="es-CL"/>
        </w:rPr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9936"/>
      </w:tblGrid>
      <w:tr w:rsidR="00F64067" w:rsidRPr="00840AF5">
        <w:trPr>
          <w:jc w:val="center"/>
        </w:trPr>
        <w:tc>
          <w:tcPr>
            <w:tcW w:w="9936" w:type="dxa"/>
            <w:shd w:val="clear" w:color="auto" w:fill="EBF8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4067" w:rsidRPr="00AA6C9C" w:rsidRDefault="00163170" w:rsidP="0057727D">
            <w:pPr>
              <w:jc w:val="both"/>
              <w:rPr>
                <w:lang w:val="es-CL"/>
              </w:rPr>
            </w:pPr>
            <w:r w:rsidRPr="00AA6C9C">
              <w:rPr>
                <w:b/>
                <w:color w:val="1B365D"/>
                <w:sz w:val="19"/>
                <w:lang w:val="es-CL"/>
              </w:rPr>
              <w:t>4.</w:t>
            </w:r>
            <w:r w:rsidR="00785E37">
              <w:rPr>
                <w:b/>
                <w:color w:val="1B365D"/>
                <w:sz w:val="19"/>
                <w:lang w:val="es-CL"/>
              </w:rPr>
              <w:t xml:space="preserve"> </w:t>
            </w:r>
            <w:r w:rsidRPr="00AA6C9C">
              <w:rPr>
                <w:b/>
                <w:color w:val="1B365D"/>
                <w:sz w:val="19"/>
                <w:lang w:val="es-CL"/>
              </w:rPr>
              <w:t xml:space="preserve"> </w:t>
            </w:r>
            <w:r w:rsidR="00785E37">
              <w:rPr>
                <w:b/>
                <w:color w:val="1B365D"/>
                <w:sz w:val="19"/>
                <w:lang w:val="es-CL"/>
              </w:rPr>
              <w:t>¿Q</w:t>
            </w:r>
            <w:r w:rsidRPr="00AA6C9C">
              <w:rPr>
                <w:b/>
                <w:color w:val="1B365D"/>
                <w:sz w:val="19"/>
                <w:lang w:val="es-CL"/>
              </w:rPr>
              <w:t xml:space="preserve">ué </w:t>
            </w:r>
            <w:r w:rsidR="00785E37">
              <w:rPr>
                <w:b/>
                <w:color w:val="1B365D"/>
                <w:sz w:val="19"/>
                <w:lang w:val="es-CL"/>
              </w:rPr>
              <w:t>significa para usted tener a su hijo(a) en e</w:t>
            </w:r>
            <w:bookmarkStart w:id="0" w:name="_GoBack"/>
            <w:bookmarkEnd w:id="0"/>
            <w:r w:rsidR="00785E37">
              <w:rPr>
                <w:b/>
                <w:color w:val="1B365D"/>
                <w:sz w:val="19"/>
                <w:lang w:val="es-CL"/>
              </w:rPr>
              <w:t>ste colegio Bicultural? ¿Cuál sería su aporte al Proyecto Educativo</w:t>
            </w:r>
            <w:r w:rsidRPr="00AA6C9C">
              <w:rPr>
                <w:b/>
                <w:color w:val="1B365D"/>
                <w:sz w:val="19"/>
                <w:lang w:val="es-CL"/>
              </w:rPr>
              <w:t>?</w:t>
            </w:r>
          </w:p>
        </w:tc>
      </w:tr>
      <w:tr w:rsidR="00F64067" w:rsidRPr="0057727D">
        <w:trPr>
          <w:jc w:val="center"/>
        </w:trPr>
        <w:tc>
          <w:tcPr>
            <w:tcW w:w="99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64067" w:rsidRPr="00AA6C9C" w:rsidRDefault="00163170">
            <w:pPr>
              <w:rPr>
                <w:lang w:val="es-CL"/>
              </w:rPr>
            </w:pPr>
            <w:r w:rsidRPr="00AA6C9C">
              <w:rPr>
                <w:color w:val="A0AEC0"/>
                <w:sz w:val="18"/>
                <w:lang w:val="es-CL"/>
              </w:rPr>
              <w:t>[ Ingrese su respuesta en este espacio. Puede extender la redacción según considere necesario... ]</w:t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</w:p>
        </w:tc>
      </w:tr>
      <w:tr w:rsidR="00F64067" w:rsidRPr="0057727D">
        <w:trPr>
          <w:jc w:val="center"/>
        </w:trPr>
        <w:tc>
          <w:tcPr>
            <w:tcW w:w="9936" w:type="dxa"/>
            <w:shd w:val="clear" w:color="auto" w:fill="EBF8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4067" w:rsidRPr="00AA6C9C" w:rsidRDefault="003D18D8" w:rsidP="003D18D8">
            <w:pPr>
              <w:rPr>
                <w:lang w:val="es-CL"/>
              </w:rPr>
            </w:pPr>
            <w:r>
              <w:rPr>
                <w:b/>
                <w:color w:val="1B365D"/>
                <w:sz w:val="19"/>
                <w:lang w:val="es-CL"/>
              </w:rPr>
              <w:t>5</w:t>
            </w:r>
            <w:r w:rsidR="00163170" w:rsidRPr="00AA6C9C">
              <w:rPr>
                <w:b/>
                <w:color w:val="1B365D"/>
                <w:sz w:val="19"/>
                <w:lang w:val="es-CL"/>
              </w:rPr>
              <w:t xml:space="preserve">. </w:t>
            </w:r>
            <w:r>
              <w:rPr>
                <w:b/>
                <w:color w:val="1B365D"/>
                <w:sz w:val="19"/>
                <w:lang w:val="es-CL"/>
              </w:rPr>
              <w:t>¿</w:t>
            </w:r>
            <w:r w:rsidR="00163170" w:rsidRPr="00AA6C9C">
              <w:rPr>
                <w:b/>
                <w:color w:val="1B365D"/>
                <w:sz w:val="19"/>
                <w:lang w:val="es-CL"/>
              </w:rPr>
              <w:t>E</w:t>
            </w:r>
            <w:r>
              <w:rPr>
                <w:b/>
                <w:color w:val="1B365D"/>
                <w:sz w:val="19"/>
                <w:lang w:val="es-CL"/>
              </w:rPr>
              <w:t>n qué otros colegios está postulando</w:t>
            </w:r>
            <w:r w:rsidR="00163170" w:rsidRPr="00AA6C9C">
              <w:rPr>
                <w:b/>
                <w:color w:val="1B365D"/>
                <w:sz w:val="19"/>
                <w:lang w:val="es-CL"/>
              </w:rPr>
              <w:t>?</w:t>
            </w:r>
          </w:p>
        </w:tc>
      </w:tr>
      <w:tr w:rsidR="00F64067" w:rsidRPr="0057727D">
        <w:trPr>
          <w:jc w:val="center"/>
        </w:trPr>
        <w:tc>
          <w:tcPr>
            <w:tcW w:w="993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64067" w:rsidRPr="00AA6C9C" w:rsidRDefault="00163170">
            <w:pPr>
              <w:rPr>
                <w:lang w:val="es-CL"/>
              </w:rPr>
            </w:pPr>
            <w:r w:rsidRPr="00AA6C9C">
              <w:rPr>
                <w:color w:val="A0AEC0"/>
                <w:sz w:val="18"/>
                <w:lang w:val="es-CL"/>
              </w:rPr>
              <w:t>[ Ingrese su respuesta en este espacio. Puede extender la redacción según considere necesario... ]</w:t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  <w:r w:rsidRPr="00AA6C9C">
              <w:rPr>
                <w:color w:val="A0AEC0"/>
                <w:sz w:val="18"/>
                <w:lang w:val="es-CL"/>
              </w:rPr>
              <w:br/>
            </w:r>
          </w:p>
        </w:tc>
      </w:tr>
    </w:tbl>
    <w:p w:rsidR="00F64067" w:rsidRDefault="00F64067">
      <w:pPr>
        <w:spacing w:after="120"/>
        <w:rPr>
          <w:lang w:val="es-CL"/>
        </w:rPr>
      </w:pPr>
    </w:p>
    <w:p w:rsidR="00C65F75" w:rsidRDefault="00C65F75">
      <w:pPr>
        <w:spacing w:after="120"/>
        <w:rPr>
          <w:lang w:val="es-CL"/>
        </w:rPr>
      </w:pPr>
    </w:p>
    <w:p w:rsidR="00C65F75" w:rsidRDefault="00C65F75">
      <w:pPr>
        <w:spacing w:after="120"/>
        <w:rPr>
          <w:lang w:val="es-CL"/>
        </w:rPr>
      </w:pPr>
    </w:p>
    <w:p w:rsidR="00C65F75" w:rsidRDefault="00C65F75">
      <w:pPr>
        <w:spacing w:after="120"/>
        <w:rPr>
          <w:lang w:val="es-CL"/>
        </w:rPr>
      </w:pPr>
    </w:p>
    <w:p w:rsidR="00C65F75" w:rsidRPr="00AA6C9C" w:rsidRDefault="00C65F75">
      <w:pPr>
        <w:spacing w:after="120"/>
        <w:rPr>
          <w:lang w:val="es-C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6"/>
      </w:tblGrid>
      <w:tr w:rsidR="00F64067" w:rsidRPr="00840AF5">
        <w:trPr>
          <w:jc w:val="center"/>
        </w:trPr>
        <w:tc>
          <w:tcPr>
            <w:tcW w:w="9936" w:type="dxa"/>
            <w:shd w:val="clear" w:color="auto" w:fill="1B365D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4067" w:rsidRPr="00AA6C9C" w:rsidRDefault="00C65F75" w:rsidP="00F1028C">
            <w:pPr>
              <w:jc w:val="center"/>
              <w:rPr>
                <w:lang w:val="es-CL"/>
              </w:rPr>
            </w:pPr>
            <w:r>
              <w:rPr>
                <w:rFonts w:ascii="Georgia" w:hAnsi="Georgia"/>
                <w:b/>
                <w:color w:val="FFFFFF"/>
                <w:sz w:val="22"/>
                <w:lang w:val="es-CL"/>
              </w:rPr>
              <w:lastRenderedPageBreak/>
              <w:t xml:space="preserve">DOCUMENTOS ADJUNTOS Y </w:t>
            </w:r>
            <w:r w:rsidR="00163170" w:rsidRPr="00AA6C9C">
              <w:rPr>
                <w:rFonts w:ascii="Georgia" w:hAnsi="Georgia"/>
                <w:b/>
                <w:color w:val="FFFFFF"/>
                <w:sz w:val="22"/>
                <w:lang w:val="es-CL"/>
              </w:rPr>
              <w:t>FIRMA</w:t>
            </w:r>
          </w:p>
        </w:tc>
      </w:tr>
    </w:tbl>
    <w:p w:rsidR="00F64067" w:rsidRPr="00AA6C9C" w:rsidRDefault="00F64067">
      <w:pPr>
        <w:spacing w:after="80"/>
        <w:rPr>
          <w:lang w:val="es-CL"/>
        </w:rPr>
      </w:pPr>
    </w:p>
    <w:p w:rsidR="00F64067" w:rsidRDefault="00F64067">
      <w:pPr>
        <w:spacing w:after="240"/>
        <w:rPr>
          <w:lang w:val="es-CL"/>
        </w:rPr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4603"/>
        <w:gridCol w:w="1780"/>
      </w:tblGrid>
      <w:tr w:rsidR="00C65F75" w:rsidRPr="00C65F75" w:rsidTr="00C65F75">
        <w:trPr>
          <w:trHeight w:val="818"/>
          <w:jc w:val="center"/>
        </w:trPr>
        <w:tc>
          <w:tcPr>
            <w:tcW w:w="4603" w:type="dxa"/>
            <w:shd w:val="clear" w:color="auto" w:fill="F3FB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C65F75" w:rsidRDefault="00C65F75" w:rsidP="008E5690">
            <w:pPr>
              <w:rPr>
                <w:b/>
                <w:color w:val="1B365D"/>
                <w:sz w:val="18"/>
                <w:lang w:val="es-CL"/>
              </w:rPr>
            </w:pPr>
            <w:r>
              <w:rPr>
                <w:b/>
                <w:color w:val="1B365D"/>
                <w:sz w:val="18"/>
                <w:lang w:val="es-CL"/>
              </w:rPr>
              <w:t>INFORME DE NOTAS 1° SEMESTRE 2026</w:t>
            </w:r>
          </w:p>
          <w:p w:rsidR="00C65F75" w:rsidRDefault="00C65F75" w:rsidP="008E5690">
            <w:pPr>
              <w:rPr>
                <w:b/>
                <w:color w:val="1B365D"/>
                <w:sz w:val="18"/>
                <w:lang w:val="es-CL"/>
              </w:rPr>
            </w:pPr>
            <w:r>
              <w:rPr>
                <w:b/>
                <w:color w:val="1B365D"/>
                <w:sz w:val="18"/>
                <w:lang w:val="es-CL"/>
              </w:rPr>
              <w:t>CERTIFICADO DE PROMOCIÓN ANUAL AÑO ANTERIOR</w:t>
            </w:r>
          </w:p>
          <w:p w:rsidR="00C65F75" w:rsidRDefault="00C65F75" w:rsidP="008E5690">
            <w:pPr>
              <w:rPr>
                <w:b/>
                <w:color w:val="1B365D"/>
                <w:sz w:val="18"/>
                <w:lang w:val="es-CL"/>
              </w:rPr>
            </w:pPr>
            <w:r>
              <w:rPr>
                <w:b/>
                <w:color w:val="1B365D"/>
                <w:sz w:val="18"/>
                <w:lang w:val="es-CL"/>
              </w:rPr>
              <w:t>INFORME JARDÍN I. (E. PATVULARIA)</w:t>
            </w:r>
          </w:p>
          <w:p w:rsidR="00C65F75" w:rsidRDefault="00C65F75" w:rsidP="008E5690">
            <w:pPr>
              <w:rPr>
                <w:b/>
                <w:color w:val="1B365D"/>
                <w:sz w:val="18"/>
                <w:lang w:val="es-CL"/>
              </w:rPr>
            </w:pPr>
            <w:r>
              <w:rPr>
                <w:b/>
                <w:color w:val="1B365D"/>
                <w:sz w:val="18"/>
                <w:lang w:val="es-CL"/>
              </w:rPr>
              <w:t>CERTIFICADO DE NACIMIENTO (CON RUT DE LOS PADRES)</w:t>
            </w:r>
          </w:p>
          <w:p w:rsidR="00C65F75" w:rsidRDefault="00C65F75" w:rsidP="008E5690">
            <w:pPr>
              <w:rPr>
                <w:b/>
                <w:color w:val="1B365D"/>
                <w:sz w:val="18"/>
                <w:lang w:val="es-CL"/>
              </w:rPr>
            </w:pPr>
            <w:r>
              <w:rPr>
                <w:b/>
                <w:color w:val="1B365D"/>
                <w:sz w:val="18"/>
                <w:lang w:val="es-CL"/>
              </w:rPr>
              <w:t>INFORME DE PERSONALIDAD 2026</w:t>
            </w:r>
          </w:p>
          <w:p w:rsidR="00C65F75" w:rsidRDefault="00C65F75" w:rsidP="008E5690">
            <w:pPr>
              <w:rPr>
                <w:b/>
                <w:color w:val="1B365D"/>
                <w:sz w:val="18"/>
                <w:lang w:val="es-CL"/>
              </w:rPr>
            </w:pPr>
            <w:r>
              <w:rPr>
                <w:b/>
                <w:color w:val="1B365D"/>
                <w:sz w:val="18"/>
                <w:lang w:val="es-CL"/>
              </w:rPr>
              <w:t>DIAGNÓSTICO PSICOPEDAGÓGICO (SI CORRESPNDE)</w:t>
            </w:r>
          </w:p>
          <w:p w:rsidR="00C65F75" w:rsidRPr="00E74B5E" w:rsidRDefault="00C65F75" w:rsidP="008E5690">
            <w:pPr>
              <w:rPr>
                <w:lang w:val="es-CL"/>
              </w:rPr>
            </w:pPr>
          </w:p>
        </w:tc>
        <w:tc>
          <w:tcPr>
            <w:tcW w:w="1780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C65F75" w:rsidRPr="00C65F75" w:rsidRDefault="00C65F75" w:rsidP="00F11CEF">
            <w:pPr>
              <w:jc w:val="center"/>
              <w:rPr>
                <w:color w:val="718096"/>
                <w:sz w:val="19"/>
                <w:u w:val="single"/>
                <w:lang w:val="es-CL"/>
              </w:rPr>
            </w:pPr>
            <w:r w:rsidRPr="00C65F75">
              <w:rPr>
                <w:color w:val="718096"/>
                <w:sz w:val="19"/>
                <w:u w:val="single"/>
                <w:lang w:val="es-CL"/>
              </w:rPr>
              <w:t>____</w:t>
            </w:r>
          </w:p>
          <w:p w:rsidR="00C65F75" w:rsidRDefault="00C65F75" w:rsidP="00F11CEF">
            <w:pPr>
              <w:jc w:val="center"/>
              <w:rPr>
                <w:color w:val="718096"/>
                <w:sz w:val="19"/>
                <w:u w:val="single"/>
                <w:lang w:val="es-CL"/>
              </w:rPr>
            </w:pPr>
            <w:r w:rsidRPr="00C65F75">
              <w:rPr>
                <w:color w:val="718096"/>
                <w:sz w:val="19"/>
                <w:u w:val="single"/>
                <w:lang w:val="es-CL"/>
              </w:rPr>
              <w:t>____</w:t>
            </w:r>
          </w:p>
          <w:p w:rsidR="00C65F75" w:rsidRDefault="00C65F75" w:rsidP="00F11CEF">
            <w:pPr>
              <w:jc w:val="center"/>
              <w:rPr>
                <w:color w:val="718096"/>
                <w:sz w:val="19"/>
                <w:u w:val="single"/>
                <w:lang w:val="es-CL"/>
              </w:rPr>
            </w:pPr>
            <w:r w:rsidRPr="00C65F75">
              <w:rPr>
                <w:color w:val="718096"/>
                <w:sz w:val="19"/>
                <w:u w:val="single"/>
                <w:lang w:val="es-CL"/>
              </w:rPr>
              <w:t>____</w:t>
            </w:r>
          </w:p>
          <w:p w:rsidR="00C65F75" w:rsidRDefault="00C65F75" w:rsidP="00F11CEF">
            <w:pPr>
              <w:jc w:val="center"/>
              <w:rPr>
                <w:color w:val="718096"/>
                <w:sz w:val="19"/>
                <w:u w:val="single"/>
                <w:lang w:val="es-CL"/>
              </w:rPr>
            </w:pPr>
            <w:r w:rsidRPr="00C65F75">
              <w:rPr>
                <w:color w:val="718096"/>
                <w:sz w:val="19"/>
                <w:u w:val="single"/>
                <w:lang w:val="es-CL"/>
              </w:rPr>
              <w:t>____</w:t>
            </w:r>
          </w:p>
          <w:p w:rsidR="00C65F75" w:rsidRDefault="00C65F75" w:rsidP="00F11CEF">
            <w:pPr>
              <w:jc w:val="center"/>
              <w:rPr>
                <w:color w:val="718096"/>
                <w:sz w:val="19"/>
                <w:u w:val="single"/>
                <w:lang w:val="es-CL"/>
              </w:rPr>
            </w:pPr>
            <w:r w:rsidRPr="00C65F75">
              <w:rPr>
                <w:color w:val="718096"/>
                <w:sz w:val="19"/>
                <w:u w:val="single"/>
                <w:lang w:val="es-CL"/>
              </w:rPr>
              <w:t>____</w:t>
            </w:r>
          </w:p>
          <w:p w:rsidR="00C65F75" w:rsidRDefault="00C65F75" w:rsidP="00F11CEF">
            <w:pPr>
              <w:jc w:val="center"/>
              <w:rPr>
                <w:color w:val="718096"/>
                <w:sz w:val="19"/>
                <w:u w:val="single"/>
                <w:lang w:val="es-CL"/>
              </w:rPr>
            </w:pPr>
            <w:r w:rsidRPr="00C65F75">
              <w:rPr>
                <w:color w:val="718096"/>
                <w:sz w:val="19"/>
                <w:u w:val="single"/>
                <w:lang w:val="es-CL"/>
              </w:rPr>
              <w:t>____</w:t>
            </w:r>
          </w:p>
          <w:p w:rsidR="00C65F75" w:rsidRPr="00C65F75" w:rsidRDefault="00C65F75" w:rsidP="008E5690">
            <w:pPr>
              <w:rPr>
                <w:lang w:val="es-CL"/>
              </w:rPr>
            </w:pPr>
          </w:p>
        </w:tc>
      </w:tr>
    </w:tbl>
    <w:p w:rsidR="00C65F75" w:rsidRDefault="00C65F75">
      <w:pPr>
        <w:spacing w:after="240"/>
        <w:rPr>
          <w:lang w:val="es-CL"/>
        </w:rPr>
      </w:pPr>
    </w:p>
    <w:p w:rsidR="00C65F75" w:rsidRDefault="00C65F75">
      <w:pPr>
        <w:spacing w:after="240"/>
        <w:rPr>
          <w:lang w:val="es-CL"/>
        </w:rPr>
      </w:pPr>
    </w:p>
    <w:p w:rsidR="00C65F75" w:rsidRPr="00AA6C9C" w:rsidRDefault="00C65F75">
      <w:pPr>
        <w:spacing w:after="240"/>
        <w:rPr>
          <w:lang w:val="es-CL"/>
        </w:rPr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F64067" w:rsidRPr="0057727D">
        <w:trPr>
          <w:jc w:val="center"/>
        </w:trPr>
        <w:tc>
          <w:tcPr>
            <w:tcW w:w="48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11CEF" w:rsidRDefault="00F11CEF">
            <w:pPr>
              <w:jc w:val="center"/>
              <w:rPr>
                <w:color w:val="718096"/>
                <w:lang w:val="es-CL"/>
              </w:rPr>
            </w:pPr>
          </w:p>
          <w:p w:rsidR="00F64067" w:rsidRPr="00AA6C9C" w:rsidRDefault="00163170">
            <w:pPr>
              <w:jc w:val="center"/>
              <w:rPr>
                <w:lang w:val="es-CL"/>
              </w:rPr>
            </w:pPr>
            <w:r w:rsidRPr="00AA6C9C">
              <w:rPr>
                <w:color w:val="718096"/>
                <w:lang w:val="es-CL"/>
              </w:rPr>
              <w:br/>
            </w:r>
            <w:r w:rsidRPr="00AA6C9C">
              <w:rPr>
                <w:color w:val="718096"/>
                <w:lang w:val="es-CL"/>
              </w:rPr>
              <w:br/>
              <w:t>_____________________________________</w:t>
            </w:r>
            <w:r w:rsidRPr="00AA6C9C">
              <w:rPr>
                <w:color w:val="718096"/>
                <w:lang w:val="es-CL"/>
              </w:rPr>
              <w:br/>
            </w:r>
            <w:r w:rsidR="00F1028C">
              <w:rPr>
                <w:b/>
                <w:color w:val="1B365D"/>
                <w:sz w:val="18"/>
                <w:lang w:val="es-CL"/>
              </w:rPr>
              <w:t>Firma Madre</w:t>
            </w:r>
            <w:r w:rsidRPr="00AA6C9C">
              <w:rPr>
                <w:b/>
                <w:color w:val="1B365D"/>
                <w:sz w:val="18"/>
                <w:lang w:val="es-CL"/>
              </w:rPr>
              <w:br/>
            </w:r>
            <w:r w:rsidRPr="00AA6C9C">
              <w:rPr>
                <w:color w:val="718096"/>
                <w:sz w:val="17"/>
                <w:lang w:val="es-CL"/>
              </w:rPr>
              <w:t>Nombre:</w:t>
            </w:r>
            <w:r w:rsidRPr="00AA6C9C">
              <w:rPr>
                <w:color w:val="718096"/>
                <w:sz w:val="17"/>
                <w:lang w:val="es-CL"/>
              </w:rPr>
              <w:br/>
              <w:t>RUT:</w:t>
            </w:r>
            <w:r w:rsidRPr="00AA6C9C">
              <w:rPr>
                <w:color w:val="718096"/>
                <w:sz w:val="17"/>
                <w:lang w:val="es-CL"/>
              </w:rPr>
              <w:br/>
              <w:t>Fecha:</w:t>
            </w:r>
          </w:p>
        </w:tc>
        <w:tc>
          <w:tcPr>
            <w:tcW w:w="48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11CEF" w:rsidRDefault="00F11CEF">
            <w:pPr>
              <w:jc w:val="center"/>
              <w:rPr>
                <w:color w:val="718096"/>
                <w:lang w:val="es-CL"/>
              </w:rPr>
            </w:pPr>
          </w:p>
          <w:p w:rsidR="00F64067" w:rsidRPr="00AA6C9C" w:rsidRDefault="00163170">
            <w:pPr>
              <w:jc w:val="center"/>
              <w:rPr>
                <w:lang w:val="es-CL"/>
              </w:rPr>
            </w:pPr>
            <w:r w:rsidRPr="00AA6C9C">
              <w:rPr>
                <w:color w:val="718096"/>
                <w:lang w:val="es-CL"/>
              </w:rPr>
              <w:br/>
            </w:r>
            <w:r w:rsidRPr="00AA6C9C">
              <w:rPr>
                <w:color w:val="718096"/>
                <w:lang w:val="es-CL"/>
              </w:rPr>
              <w:br/>
              <w:t>_____________________________________</w:t>
            </w:r>
            <w:r w:rsidRPr="00AA6C9C">
              <w:rPr>
                <w:color w:val="718096"/>
                <w:lang w:val="es-CL"/>
              </w:rPr>
              <w:br/>
            </w:r>
            <w:r w:rsidR="00F1028C">
              <w:rPr>
                <w:b/>
                <w:color w:val="1B365D"/>
                <w:sz w:val="18"/>
                <w:lang w:val="es-CL"/>
              </w:rPr>
              <w:t>Firma Padre</w:t>
            </w:r>
            <w:r w:rsidRPr="00AA6C9C">
              <w:rPr>
                <w:b/>
                <w:color w:val="1B365D"/>
                <w:sz w:val="18"/>
                <w:lang w:val="es-CL"/>
              </w:rPr>
              <w:br/>
            </w:r>
            <w:r w:rsidRPr="00AA6C9C">
              <w:rPr>
                <w:color w:val="718096"/>
                <w:sz w:val="17"/>
                <w:lang w:val="es-CL"/>
              </w:rPr>
              <w:t>Nombre:</w:t>
            </w:r>
            <w:r w:rsidRPr="00AA6C9C">
              <w:rPr>
                <w:color w:val="718096"/>
                <w:sz w:val="17"/>
                <w:lang w:val="es-CL"/>
              </w:rPr>
              <w:br/>
              <w:t>RUT:</w:t>
            </w:r>
            <w:r w:rsidRPr="00AA6C9C">
              <w:rPr>
                <w:color w:val="718096"/>
                <w:sz w:val="17"/>
                <w:lang w:val="es-CL"/>
              </w:rPr>
              <w:br/>
              <w:t>Fecha:</w:t>
            </w:r>
          </w:p>
        </w:tc>
      </w:tr>
    </w:tbl>
    <w:p w:rsidR="00163170" w:rsidRPr="00AA6C9C" w:rsidRDefault="00163170">
      <w:pPr>
        <w:rPr>
          <w:lang w:val="es-CL"/>
        </w:rPr>
      </w:pPr>
    </w:p>
    <w:sectPr w:rsidR="00163170" w:rsidRPr="00AA6C9C" w:rsidSect="00034616">
      <w:head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F3E" w:rsidRDefault="00432F3E" w:rsidP="006002FB">
      <w:pPr>
        <w:spacing w:after="0" w:line="240" w:lineRule="auto"/>
      </w:pPr>
      <w:r>
        <w:separator/>
      </w:r>
    </w:p>
  </w:endnote>
  <w:endnote w:type="continuationSeparator" w:id="0">
    <w:p w:rsidR="00432F3E" w:rsidRDefault="00432F3E" w:rsidP="00600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F3E" w:rsidRDefault="00432F3E" w:rsidP="006002FB">
      <w:pPr>
        <w:spacing w:after="0" w:line="240" w:lineRule="auto"/>
      </w:pPr>
      <w:r>
        <w:separator/>
      </w:r>
    </w:p>
  </w:footnote>
  <w:footnote w:type="continuationSeparator" w:id="0">
    <w:p w:rsidR="00432F3E" w:rsidRDefault="00432F3E" w:rsidP="00600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2FB" w:rsidRDefault="006002FB">
    <w:pPr>
      <w:pStyle w:val="Encabezado"/>
    </w:pPr>
    <w:r>
      <w:t xml:space="preserve">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7CC1"/>
    <w:rsid w:val="0006063C"/>
    <w:rsid w:val="000714DD"/>
    <w:rsid w:val="00083342"/>
    <w:rsid w:val="000D4218"/>
    <w:rsid w:val="000E2302"/>
    <w:rsid w:val="000E36DB"/>
    <w:rsid w:val="0015074B"/>
    <w:rsid w:val="00155E09"/>
    <w:rsid w:val="00163170"/>
    <w:rsid w:val="001D6348"/>
    <w:rsid w:val="0029639D"/>
    <w:rsid w:val="002E7A17"/>
    <w:rsid w:val="00326F90"/>
    <w:rsid w:val="003D18D8"/>
    <w:rsid w:val="00432F3E"/>
    <w:rsid w:val="004A39E2"/>
    <w:rsid w:val="0057727D"/>
    <w:rsid w:val="006002FB"/>
    <w:rsid w:val="00672F93"/>
    <w:rsid w:val="00737F61"/>
    <w:rsid w:val="00772384"/>
    <w:rsid w:val="007822CF"/>
    <w:rsid w:val="00783E36"/>
    <w:rsid w:val="00785E37"/>
    <w:rsid w:val="007A2901"/>
    <w:rsid w:val="008230D0"/>
    <w:rsid w:val="00840615"/>
    <w:rsid w:val="00840AF5"/>
    <w:rsid w:val="00843CBF"/>
    <w:rsid w:val="009654F7"/>
    <w:rsid w:val="009947AC"/>
    <w:rsid w:val="009D6404"/>
    <w:rsid w:val="00A46861"/>
    <w:rsid w:val="00A46E06"/>
    <w:rsid w:val="00A64282"/>
    <w:rsid w:val="00AA1D8D"/>
    <w:rsid w:val="00AA6C9C"/>
    <w:rsid w:val="00B47730"/>
    <w:rsid w:val="00BF6181"/>
    <w:rsid w:val="00C65F75"/>
    <w:rsid w:val="00C80216"/>
    <w:rsid w:val="00CB0664"/>
    <w:rsid w:val="00CD44D3"/>
    <w:rsid w:val="00CE7FAB"/>
    <w:rsid w:val="00D01402"/>
    <w:rsid w:val="00D63C20"/>
    <w:rsid w:val="00DF3E08"/>
    <w:rsid w:val="00E123E3"/>
    <w:rsid w:val="00E74B5E"/>
    <w:rsid w:val="00F1028C"/>
    <w:rsid w:val="00F11CEF"/>
    <w:rsid w:val="00F640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94E94C34-E57A-4587-89A0-A15439A4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hAnsi="Calibri"/>
      <w:color w:val="2D3748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FA71B1-24B1-4C3B-B59E-B718ABED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617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 de Windows</cp:lastModifiedBy>
  <cp:revision>37</cp:revision>
  <dcterms:created xsi:type="dcterms:W3CDTF">2013-12-23T23:15:00Z</dcterms:created>
  <dcterms:modified xsi:type="dcterms:W3CDTF">2026-07-30T16:36:00Z</dcterms:modified>
  <cp:category/>
</cp:coreProperties>
</file>